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DD5AD" w14:textId="77777777" w:rsidR="006377C7" w:rsidRDefault="00356C21">
      <w:pPr>
        <w:spacing w:after="80"/>
      </w:pPr>
      <w:r>
        <w:rPr>
          <w:b/>
          <w:color w:val="FF9100"/>
          <w:sz w:val="18"/>
        </w:rPr>
        <w:t>POST-WEBINAR WORKING RESOURCE</w:t>
      </w:r>
    </w:p>
    <w:p w14:paraId="5DCB2FDA" w14:textId="77777777" w:rsidR="006377C7" w:rsidRDefault="00356C21">
      <w:pPr>
        <w:spacing w:before="40" w:after="160"/>
      </w:pPr>
      <w:r>
        <w:rPr>
          <w:b/>
          <w:color w:val="04154E"/>
          <w:sz w:val="48"/>
        </w:rPr>
        <w:t>Workflow Discovery Guide</w:t>
      </w:r>
    </w:p>
    <w:p w14:paraId="56F7AE83" w14:textId="77777777" w:rsidR="006377C7" w:rsidRDefault="00356C21">
      <w:pPr>
        <w:pBdr>
          <w:bottom w:val="single" w:sz="12" w:space="8" w:color="FF9100"/>
        </w:pBdr>
        <w:spacing w:after="280"/>
      </w:pPr>
      <w:r>
        <w:rPr>
          <w:color w:val="364371"/>
          <w:sz w:val="25"/>
        </w:rPr>
        <w:t xml:space="preserve">A practical guide for understanding the work before designing </w:t>
      </w:r>
      <w:proofErr w:type="gramStart"/>
      <w:r>
        <w:rPr>
          <w:color w:val="364371"/>
          <w:sz w:val="25"/>
        </w:rPr>
        <w:t>an integration</w:t>
      </w:r>
      <w:proofErr w:type="gramEnd"/>
      <w:r>
        <w:rPr>
          <w:color w:val="364371"/>
          <w:sz w:val="25"/>
        </w:rPr>
        <w:t xml:space="preserve"> or automation.</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9360"/>
      </w:tblGrid>
      <w:tr w:rsidR="006377C7" w14:paraId="3FB4A824" w14:textId="77777777">
        <w:tc>
          <w:tcPr>
            <w:tcW w:w="9360" w:type="dxa"/>
            <w:shd w:val="clear" w:color="auto" w:fill="F7FAFC"/>
            <w:tcMar>
              <w:top w:w="80" w:type="dxa"/>
              <w:left w:w="120" w:type="dxa"/>
              <w:bottom w:w="80" w:type="dxa"/>
              <w:right w:w="120" w:type="dxa"/>
            </w:tcMar>
            <w:vAlign w:val="center"/>
          </w:tcPr>
          <w:p w14:paraId="76EEBC24" w14:textId="77777777" w:rsidR="006377C7" w:rsidRDefault="00356C21">
            <w:pPr>
              <w:spacing w:after="40"/>
            </w:pPr>
            <w:r>
              <w:rPr>
                <w:b/>
                <w:color w:val="04154E"/>
                <w:sz w:val="19"/>
              </w:rPr>
              <w:t xml:space="preserve">USE THIS FOR ONE WORKFLOW AT A TIME: </w:t>
            </w:r>
            <w:r>
              <w:rPr>
                <w:sz w:val="21"/>
              </w:rPr>
              <w:t>The goal is not to design the final solution. The goal is to make the current process visible: what starts it, what information is required, what decisions are made, where people apply rules, and where exceptions need attention.</w:t>
            </w:r>
          </w:p>
        </w:tc>
      </w:tr>
    </w:tbl>
    <w:p w14:paraId="10A338AF" w14:textId="77777777" w:rsidR="006377C7" w:rsidRDefault="006377C7">
      <w:pPr>
        <w:spacing w:after="60"/>
      </w:pPr>
    </w:p>
    <w:p w14:paraId="60C24F9D" w14:textId="77777777" w:rsidR="006377C7" w:rsidRDefault="00356C21">
      <w:pPr>
        <w:pStyle w:val="Heading1"/>
      </w:pPr>
      <w:r>
        <w:t>What This Guide Helps You Do</w:t>
      </w:r>
    </w:p>
    <w:p w14:paraId="1975232A" w14:textId="77777777" w:rsidR="006377C7" w:rsidRDefault="00356C21">
      <w:pPr>
        <w:pStyle w:val="ListBullet"/>
      </w:pPr>
      <w:r>
        <w:t>Select a workflow and define the outcome it is meant to produce.</w:t>
      </w:r>
    </w:p>
    <w:p w14:paraId="3DD2AFAA" w14:textId="77777777" w:rsidR="006377C7" w:rsidRDefault="00356C21">
      <w:pPr>
        <w:pStyle w:val="ListBullet"/>
      </w:pPr>
      <w:r>
        <w:t>Identify the people, systems, records, and inputs involved.</w:t>
      </w:r>
    </w:p>
    <w:p w14:paraId="56A9E971" w14:textId="77777777" w:rsidR="006377C7" w:rsidRDefault="00356C21">
      <w:pPr>
        <w:pStyle w:val="ListBullet"/>
      </w:pPr>
      <w:r>
        <w:t>Separate predictable work from review, approval, and exception handling.</w:t>
      </w:r>
    </w:p>
    <w:p w14:paraId="4F6D8857" w14:textId="77777777" w:rsidR="006377C7" w:rsidRDefault="00356C21">
      <w:pPr>
        <w:pStyle w:val="ListBullet"/>
      </w:pPr>
      <w:r>
        <w:t>Document the business rules and validations currently handled by people.</w:t>
      </w:r>
    </w:p>
    <w:p w14:paraId="381447D9" w14:textId="77777777" w:rsidR="006377C7" w:rsidRDefault="00356C21">
      <w:pPr>
        <w:pStyle w:val="ListBullet"/>
      </w:pPr>
      <w:r>
        <w:t>Estimate frequency, effort, delay, and risk without performing a formal technical audit.</w:t>
      </w:r>
    </w:p>
    <w:p w14:paraId="7D152C4A" w14:textId="77777777" w:rsidR="006377C7" w:rsidRDefault="00356C21">
      <w:pPr>
        <w:pStyle w:val="Heading2"/>
      </w:pPr>
      <w:r>
        <w:t>Before You Begin</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300"/>
        <w:gridCol w:w="7060"/>
      </w:tblGrid>
      <w:tr w:rsidR="006377C7" w14:paraId="2C5B42EE" w14:textId="77777777">
        <w:tc>
          <w:tcPr>
            <w:tcW w:w="2300" w:type="dxa"/>
            <w:shd w:val="clear" w:color="auto" w:fill="F6F8FB"/>
            <w:tcMar>
              <w:top w:w="80" w:type="dxa"/>
              <w:left w:w="120" w:type="dxa"/>
              <w:bottom w:w="80" w:type="dxa"/>
              <w:right w:w="120" w:type="dxa"/>
            </w:tcMar>
            <w:vAlign w:val="center"/>
          </w:tcPr>
          <w:p w14:paraId="305118A2" w14:textId="77777777" w:rsidR="006377C7" w:rsidRDefault="00356C21">
            <w:r>
              <w:rPr>
                <w:b/>
                <w:color w:val="04154E"/>
                <w:sz w:val="18"/>
              </w:rPr>
              <w:t>Workflow name</w:t>
            </w:r>
          </w:p>
        </w:tc>
        <w:tc>
          <w:tcPr>
            <w:tcW w:w="7060" w:type="dxa"/>
            <w:tcMar>
              <w:top w:w="80" w:type="dxa"/>
              <w:left w:w="120" w:type="dxa"/>
              <w:bottom w:w="80" w:type="dxa"/>
              <w:right w:w="120" w:type="dxa"/>
            </w:tcMar>
            <w:vAlign w:val="center"/>
          </w:tcPr>
          <w:p w14:paraId="322ABB2C" w14:textId="77777777" w:rsidR="006377C7" w:rsidRDefault="00356C21">
            <w:r>
              <w:rPr>
                <w:color w:val="636977"/>
                <w:sz w:val="19"/>
              </w:rPr>
              <w:t>____________________________________________________________</w:t>
            </w:r>
          </w:p>
        </w:tc>
      </w:tr>
      <w:tr w:rsidR="006377C7" w14:paraId="2592F6D2" w14:textId="77777777">
        <w:tc>
          <w:tcPr>
            <w:tcW w:w="2300" w:type="dxa"/>
            <w:shd w:val="clear" w:color="auto" w:fill="F6F8FB"/>
            <w:tcMar>
              <w:top w:w="80" w:type="dxa"/>
              <w:left w:w="120" w:type="dxa"/>
              <w:bottom w:w="80" w:type="dxa"/>
              <w:right w:w="120" w:type="dxa"/>
            </w:tcMar>
            <w:vAlign w:val="center"/>
          </w:tcPr>
          <w:p w14:paraId="442363ED" w14:textId="77777777" w:rsidR="006377C7" w:rsidRDefault="00356C21">
            <w:r>
              <w:rPr>
                <w:b/>
                <w:color w:val="04154E"/>
                <w:sz w:val="18"/>
              </w:rPr>
              <w:t>Process owner</w:t>
            </w:r>
          </w:p>
        </w:tc>
        <w:tc>
          <w:tcPr>
            <w:tcW w:w="7060" w:type="dxa"/>
            <w:tcMar>
              <w:top w:w="80" w:type="dxa"/>
              <w:left w:w="120" w:type="dxa"/>
              <w:bottom w:w="80" w:type="dxa"/>
              <w:right w:w="120" w:type="dxa"/>
            </w:tcMar>
            <w:vAlign w:val="center"/>
          </w:tcPr>
          <w:p w14:paraId="1CBD4F2B" w14:textId="77777777" w:rsidR="006377C7" w:rsidRDefault="00356C21">
            <w:r>
              <w:rPr>
                <w:color w:val="636977"/>
                <w:sz w:val="19"/>
              </w:rPr>
              <w:t>____________________________________________________________</w:t>
            </w:r>
          </w:p>
        </w:tc>
      </w:tr>
      <w:tr w:rsidR="006377C7" w14:paraId="5BB26F39" w14:textId="77777777">
        <w:tc>
          <w:tcPr>
            <w:tcW w:w="2300" w:type="dxa"/>
            <w:shd w:val="clear" w:color="auto" w:fill="F6F8FB"/>
            <w:tcMar>
              <w:top w:w="80" w:type="dxa"/>
              <w:left w:w="120" w:type="dxa"/>
              <w:bottom w:w="80" w:type="dxa"/>
              <w:right w:w="120" w:type="dxa"/>
            </w:tcMar>
            <w:vAlign w:val="center"/>
          </w:tcPr>
          <w:p w14:paraId="121393BC" w14:textId="77777777" w:rsidR="006377C7" w:rsidRDefault="00356C21">
            <w:r>
              <w:rPr>
                <w:b/>
                <w:color w:val="04154E"/>
                <w:sz w:val="18"/>
              </w:rPr>
              <w:t>Date reviewed</w:t>
            </w:r>
          </w:p>
        </w:tc>
        <w:tc>
          <w:tcPr>
            <w:tcW w:w="7060" w:type="dxa"/>
            <w:tcMar>
              <w:top w:w="80" w:type="dxa"/>
              <w:left w:w="120" w:type="dxa"/>
              <w:bottom w:w="80" w:type="dxa"/>
              <w:right w:w="120" w:type="dxa"/>
            </w:tcMar>
            <w:vAlign w:val="center"/>
          </w:tcPr>
          <w:p w14:paraId="141744AD" w14:textId="77777777" w:rsidR="006377C7" w:rsidRDefault="00356C21">
            <w:r>
              <w:rPr>
                <w:color w:val="636977"/>
                <w:sz w:val="19"/>
              </w:rPr>
              <w:t>____________________</w:t>
            </w:r>
          </w:p>
        </w:tc>
      </w:tr>
      <w:tr w:rsidR="006377C7" w14:paraId="76F73203" w14:textId="77777777">
        <w:tc>
          <w:tcPr>
            <w:tcW w:w="2300" w:type="dxa"/>
            <w:shd w:val="clear" w:color="auto" w:fill="F6F8FB"/>
            <w:tcMar>
              <w:top w:w="80" w:type="dxa"/>
              <w:left w:w="120" w:type="dxa"/>
              <w:bottom w:w="80" w:type="dxa"/>
              <w:right w:w="120" w:type="dxa"/>
            </w:tcMar>
            <w:vAlign w:val="center"/>
          </w:tcPr>
          <w:p w14:paraId="6761B765" w14:textId="77777777" w:rsidR="006377C7" w:rsidRDefault="00356C21">
            <w:r>
              <w:rPr>
                <w:b/>
                <w:color w:val="04154E"/>
                <w:sz w:val="18"/>
              </w:rPr>
              <w:t>Participants</w:t>
            </w:r>
          </w:p>
        </w:tc>
        <w:tc>
          <w:tcPr>
            <w:tcW w:w="7060" w:type="dxa"/>
            <w:tcMar>
              <w:top w:w="80" w:type="dxa"/>
              <w:left w:w="120" w:type="dxa"/>
              <w:bottom w:w="80" w:type="dxa"/>
              <w:right w:w="120" w:type="dxa"/>
            </w:tcMar>
            <w:vAlign w:val="center"/>
          </w:tcPr>
          <w:p w14:paraId="2AC587CB" w14:textId="77777777" w:rsidR="006377C7" w:rsidRDefault="00356C21">
            <w:r>
              <w:rPr>
                <w:color w:val="636977"/>
                <w:sz w:val="19"/>
              </w:rPr>
              <w:t>____________________________________________________________</w:t>
            </w:r>
          </w:p>
        </w:tc>
      </w:tr>
      <w:tr w:rsidR="006377C7" w14:paraId="11FEEB8C" w14:textId="77777777">
        <w:tc>
          <w:tcPr>
            <w:tcW w:w="2300" w:type="dxa"/>
            <w:shd w:val="clear" w:color="auto" w:fill="F6F8FB"/>
            <w:tcMar>
              <w:top w:w="80" w:type="dxa"/>
              <w:left w:w="120" w:type="dxa"/>
              <w:bottom w:w="80" w:type="dxa"/>
              <w:right w:w="120" w:type="dxa"/>
            </w:tcMar>
            <w:vAlign w:val="center"/>
          </w:tcPr>
          <w:p w14:paraId="044690EF" w14:textId="77777777" w:rsidR="006377C7" w:rsidRDefault="00356C21">
            <w:r>
              <w:rPr>
                <w:b/>
                <w:color w:val="04154E"/>
                <w:sz w:val="18"/>
              </w:rPr>
              <w:t>Systems or sources involved</w:t>
            </w:r>
          </w:p>
        </w:tc>
        <w:tc>
          <w:tcPr>
            <w:tcW w:w="7060" w:type="dxa"/>
            <w:tcMar>
              <w:top w:w="80" w:type="dxa"/>
              <w:left w:w="120" w:type="dxa"/>
              <w:bottom w:w="80" w:type="dxa"/>
              <w:right w:w="120" w:type="dxa"/>
            </w:tcMar>
            <w:vAlign w:val="center"/>
          </w:tcPr>
          <w:p w14:paraId="2232CD69" w14:textId="77777777" w:rsidR="006377C7" w:rsidRDefault="00356C21">
            <w:r>
              <w:rPr>
                <w:color w:val="636977"/>
                <w:sz w:val="19"/>
              </w:rPr>
              <w:t>____________________________________________________________</w:t>
            </w:r>
          </w:p>
        </w:tc>
      </w:tr>
    </w:tbl>
    <w:p w14:paraId="7B9F0863" w14:textId="77777777" w:rsidR="006377C7" w:rsidRDefault="006377C7">
      <w:pPr>
        <w:spacing w:after="40"/>
      </w:pPr>
    </w:p>
    <w:p w14:paraId="1F11B674" w14:textId="77777777" w:rsidR="006377C7" w:rsidRDefault="00356C21">
      <w:r>
        <w:br w:type="page"/>
      </w:r>
    </w:p>
    <w:p w14:paraId="0591369E" w14:textId="77777777" w:rsidR="006377C7" w:rsidRDefault="00356C21">
      <w:pPr>
        <w:pStyle w:val="Heading1"/>
      </w:pPr>
      <w:r>
        <w:lastRenderedPageBreak/>
        <w:t>1. Select and Frame the Workflow</w:t>
      </w:r>
    </w:p>
    <w:p w14:paraId="2EE900E6" w14:textId="77777777" w:rsidR="006377C7" w:rsidRDefault="00356C21">
      <w:r>
        <w:t>Pick one workflow that matters enough to understand carefully. A good candidate crosses systems, departments, records, documents, locations, or decision points.</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300"/>
        <w:gridCol w:w="7060"/>
      </w:tblGrid>
      <w:tr w:rsidR="006377C7" w14:paraId="3385AB73" w14:textId="77777777">
        <w:tc>
          <w:tcPr>
            <w:tcW w:w="2300" w:type="dxa"/>
            <w:shd w:val="clear" w:color="auto" w:fill="F6F8FB"/>
            <w:tcMar>
              <w:top w:w="80" w:type="dxa"/>
              <w:left w:w="120" w:type="dxa"/>
              <w:bottom w:w="80" w:type="dxa"/>
              <w:right w:w="120" w:type="dxa"/>
            </w:tcMar>
            <w:vAlign w:val="center"/>
          </w:tcPr>
          <w:p w14:paraId="3BD4458E" w14:textId="77777777" w:rsidR="006377C7" w:rsidRDefault="00356C21">
            <w:r>
              <w:rPr>
                <w:b/>
                <w:color w:val="04154E"/>
                <w:sz w:val="18"/>
              </w:rPr>
              <w:t>Workflow selected</w:t>
            </w:r>
          </w:p>
        </w:tc>
        <w:tc>
          <w:tcPr>
            <w:tcW w:w="7060" w:type="dxa"/>
            <w:tcMar>
              <w:top w:w="80" w:type="dxa"/>
              <w:left w:w="120" w:type="dxa"/>
              <w:bottom w:w="80" w:type="dxa"/>
              <w:right w:w="120" w:type="dxa"/>
            </w:tcMar>
            <w:vAlign w:val="center"/>
          </w:tcPr>
          <w:p w14:paraId="597D35CC" w14:textId="77777777" w:rsidR="006377C7" w:rsidRDefault="00356C21">
            <w:r>
              <w:rPr>
                <w:color w:val="636977"/>
                <w:sz w:val="19"/>
              </w:rPr>
              <w:t>____________________________________________________________</w:t>
            </w:r>
          </w:p>
        </w:tc>
      </w:tr>
      <w:tr w:rsidR="006377C7" w14:paraId="753A304A" w14:textId="77777777">
        <w:tc>
          <w:tcPr>
            <w:tcW w:w="2300" w:type="dxa"/>
            <w:shd w:val="clear" w:color="auto" w:fill="F6F8FB"/>
            <w:tcMar>
              <w:top w:w="80" w:type="dxa"/>
              <w:left w:w="120" w:type="dxa"/>
              <w:bottom w:w="80" w:type="dxa"/>
              <w:right w:w="120" w:type="dxa"/>
            </w:tcMar>
            <w:vAlign w:val="center"/>
          </w:tcPr>
          <w:p w14:paraId="2A0F3A8A" w14:textId="77777777" w:rsidR="006377C7" w:rsidRDefault="00356C21">
            <w:r>
              <w:rPr>
                <w:b/>
                <w:color w:val="04154E"/>
                <w:sz w:val="18"/>
              </w:rPr>
              <w:t>Business purpose</w:t>
            </w:r>
          </w:p>
        </w:tc>
        <w:tc>
          <w:tcPr>
            <w:tcW w:w="7060" w:type="dxa"/>
            <w:tcMar>
              <w:top w:w="80" w:type="dxa"/>
              <w:left w:w="120" w:type="dxa"/>
              <w:bottom w:w="80" w:type="dxa"/>
              <w:right w:w="120" w:type="dxa"/>
            </w:tcMar>
            <w:vAlign w:val="center"/>
          </w:tcPr>
          <w:p w14:paraId="254578DB" w14:textId="77777777" w:rsidR="006377C7" w:rsidRDefault="00356C21">
            <w:r>
              <w:rPr>
                <w:color w:val="636977"/>
                <w:sz w:val="19"/>
              </w:rPr>
              <w:t>What should this workflow accomplish?</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6377C7" w14:paraId="310938C2" w14:textId="77777777">
        <w:tc>
          <w:tcPr>
            <w:tcW w:w="2300" w:type="dxa"/>
            <w:shd w:val="clear" w:color="auto" w:fill="F6F8FB"/>
            <w:tcMar>
              <w:top w:w="80" w:type="dxa"/>
              <w:left w:w="120" w:type="dxa"/>
              <w:bottom w:w="80" w:type="dxa"/>
              <w:right w:w="120" w:type="dxa"/>
            </w:tcMar>
            <w:vAlign w:val="center"/>
          </w:tcPr>
          <w:p w14:paraId="545B72B4" w14:textId="77777777" w:rsidR="006377C7" w:rsidRDefault="00356C21">
            <w:r>
              <w:rPr>
                <w:b/>
                <w:color w:val="04154E"/>
                <w:sz w:val="18"/>
              </w:rPr>
              <w:t>Intended outcome</w:t>
            </w:r>
          </w:p>
        </w:tc>
        <w:tc>
          <w:tcPr>
            <w:tcW w:w="7060" w:type="dxa"/>
            <w:tcMar>
              <w:top w:w="80" w:type="dxa"/>
              <w:left w:w="120" w:type="dxa"/>
              <w:bottom w:w="80" w:type="dxa"/>
              <w:right w:w="120" w:type="dxa"/>
            </w:tcMar>
            <w:vAlign w:val="center"/>
          </w:tcPr>
          <w:p w14:paraId="534C4BEA" w14:textId="77777777" w:rsidR="006377C7" w:rsidRDefault="00356C21">
            <w:r>
              <w:rPr>
                <w:color w:val="636977"/>
                <w:sz w:val="19"/>
              </w:rPr>
              <w:t>What result should be trusted when the workflow is complete?</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6377C7" w14:paraId="2E39ED31" w14:textId="77777777">
        <w:tc>
          <w:tcPr>
            <w:tcW w:w="2300" w:type="dxa"/>
            <w:shd w:val="clear" w:color="auto" w:fill="F6F8FB"/>
            <w:tcMar>
              <w:top w:w="80" w:type="dxa"/>
              <w:left w:w="120" w:type="dxa"/>
              <w:bottom w:w="80" w:type="dxa"/>
              <w:right w:w="120" w:type="dxa"/>
            </w:tcMar>
            <w:vAlign w:val="center"/>
          </w:tcPr>
          <w:p w14:paraId="49D341C5" w14:textId="77777777" w:rsidR="006377C7" w:rsidRDefault="00356C21">
            <w:r>
              <w:rPr>
                <w:b/>
                <w:color w:val="04154E"/>
                <w:sz w:val="18"/>
              </w:rPr>
              <w:t>Normal volume</w:t>
            </w:r>
          </w:p>
        </w:tc>
        <w:tc>
          <w:tcPr>
            <w:tcW w:w="7060" w:type="dxa"/>
            <w:tcMar>
              <w:top w:w="80" w:type="dxa"/>
              <w:left w:w="120" w:type="dxa"/>
              <w:bottom w:w="80" w:type="dxa"/>
              <w:right w:w="120" w:type="dxa"/>
            </w:tcMar>
            <w:vAlign w:val="center"/>
          </w:tcPr>
          <w:p w14:paraId="488EED7F" w14:textId="77777777" w:rsidR="006377C7" w:rsidRDefault="00356C21">
            <w:r>
              <w:rPr>
                <w:color w:val="636977"/>
                <w:sz w:val="19"/>
              </w:rPr>
              <w:t>Daily / weekly / monthly volume: __________________________</w:t>
            </w:r>
          </w:p>
        </w:tc>
      </w:tr>
      <w:tr w:rsidR="006377C7" w14:paraId="3E96CD40" w14:textId="77777777">
        <w:tc>
          <w:tcPr>
            <w:tcW w:w="2300" w:type="dxa"/>
            <w:shd w:val="clear" w:color="auto" w:fill="F6F8FB"/>
            <w:tcMar>
              <w:top w:w="80" w:type="dxa"/>
              <w:left w:w="120" w:type="dxa"/>
              <w:bottom w:w="80" w:type="dxa"/>
              <w:right w:w="120" w:type="dxa"/>
            </w:tcMar>
            <w:vAlign w:val="center"/>
          </w:tcPr>
          <w:p w14:paraId="7F4D3249" w14:textId="77777777" w:rsidR="006377C7" w:rsidRDefault="00356C21">
            <w:r>
              <w:rPr>
                <w:b/>
                <w:color w:val="04154E"/>
                <w:sz w:val="18"/>
              </w:rPr>
              <w:t>Known pressure points</w:t>
            </w:r>
          </w:p>
        </w:tc>
        <w:tc>
          <w:tcPr>
            <w:tcW w:w="7060" w:type="dxa"/>
            <w:tcMar>
              <w:top w:w="80" w:type="dxa"/>
              <w:left w:w="120" w:type="dxa"/>
              <w:bottom w:w="80" w:type="dxa"/>
              <w:right w:w="120" w:type="dxa"/>
            </w:tcMar>
            <w:vAlign w:val="center"/>
          </w:tcPr>
          <w:p w14:paraId="4F8F1148" w14:textId="77777777" w:rsidR="006377C7" w:rsidRDefault="00356C21">
            <w:r>
              <w:rPr>
                <w:color w:val="636977"/>
                <w:sz w:val="19"/>
              </w:rPr>
              <w:t>Delays, rework, duplicate entry, unclear ownership, inconsistent decisions, missed handoffs:</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bl>
    <w:p w14:paraId="3A4CDEC7" w14:textId="77777777" w:rsidR="006377C7" w:rsidRDefault="006377C7">
      <w:pPr>
        <w:spacing w:after="40"/>
      </w:pP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9360"/>
      </w:tblGrid>
      <w:tr w:rsidR="006377C7" w14:paraId="73ABDE71" w14:textId="77777777">
        <w:tc>
          <w:tcPr>
            <w:tcW w:w="9360" w:type="dxa"/>
            <w:shd w:val="clear" w:color="auto" w:fill="FFE3B5"/>
            <w:tcMar>
              <w:top w:w="80" w:type="dxa"/>
              <w:left w:w="120" w:type="dxa"/>
              <w:bottom w:w="80" w:type="dxa"/>
              <w:right w:w="120" w:type="dxa"/>
            </w:tcMar>
            <w:vAlign w:val="center"/>
          </w:tcPr>
          <w:p w14:paraId="320B398F" w14:textId="77777777" w:rsidR="006377C7" w:rsidRDefault="00356C21">
            <w:pPr>
              <w:spacing w:after="40"/>
            </w:pPr>
            <w:r>
              <w:rPr>
                <w:b/>
                <w:color w:val="04154E"/>
                <w:sz w:val="19"/>
              </w:rPr>
              <w:t xml:space="preserve">GOOD PROMPT: </w:t>
            </w:r>
            <w:r>
              <w:rPr>
                <w:sz w:val="21"/>
              </w:rPr>
              <w:t>If the workflow worked exactly as intended, what would users no longer need to double-check?</w:t>
            </w:r>
          </w:p>
        </w:tc>
      </w:tr>
    </w:tbl>
    <w:p w14:paraId="2381776F" w14:textId="77777777" w:rsidR="006377C7" w:rsidRDefault="006377C7">
      <w:pPr>
        <w:spacing w:after="60"/>
      </w:pPr>
    </w:p>
    <w:p w14:paraId="38CFA3D5" w14:textId="77777777" w:rsidR="006377C7" w:rsidRDefault="00356C21">
      <w:r>
        <w:br w:type="page"/>
      </w:r>
    </w:p>
    <w:p w14:paraId="10CCF94D" w14:textId="77777777" w:rsidR="006377C7" w:rsidRDefault="00356C21">
      <w:pPr>
        <w:pStyle w:val="Heading1"/>
      </w:pPr>
      <w:r>
        <w:lastRenderedPageBreak/>
        <w:t>2. Map the Five Workflow Components</w:t>
      </w:r>
    </w:p>
    <w:p w14:paraId="2284A710" w14:textId="77777777" w:rsidR="006377C7" w:rsidRDefault="00356C21">
      <w:r>
        <w:t>Use the same five components for any workflow. This keeps the conversation focused on the work itself rather than on software features.</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1500"/>
        <w:gridCol w:w="372"/>
        <w:gridCol w:w="1872"/>
        <w:gridCol w:w="1006"/>
        <w:gridCol w:w="866"/>
        <w:gridCol w:w="1872"/>
        <w:gridCol w:w="1872"/>
      </w:tblGrid>
      <w:tr w:rsidR="006377C7" w14:paraId="2132CE00" w14:textId="77777777">
        <w:tc>
          <w:tcPr>
            <w:tcW w:w="1872" w:type="dxa"/>
            <w:gridSpan w:val="2"/>
            <w:shd w:val="clear" w:color="auto" w:fill="DDEAF0"/>
            <w:tcMar>
              <w:top w:w="80" w:type="dxa"/>
              <w:left w:w="120" w:type="dxa"/>
              <w:bottom w:w="80" w:type="dxa"/>
              <w:right w:w="120" w:type="dxa"/>
            </w:tcMar>
            <w:vAlign w:val="center"/>
          </w:tcPr>
          <w:p w14:paraId="5609CB1B" w14:textId="77777777" w:rsidR="006377C7" w:rsidRDefault="00356C21">
            <w:pPr>
              <w:jc w:val="center"/>
            </w:pPr>
            <w:r>
              <w:rPr>
                <w:b/>
                <w:color w:val="04154E"/>
                <w:sz w:val="19"/>
              </w:rPr>
              <w:t>Trigger</w:t>
            </w:r>
          </w:p>
        </w:tc>
        <w:tc>
          <w:tcPr>
            <w:tcW w:w="1872" w:type="dxa"/>
            <w:shd w:val="clear" w:color="auto" w:fill="DDEAF0"/>
            <w:tcMar>
              <w:top w:w="80" w:type="dxa"/>
              <w:left w:w="120" w:type="dxa"/>
              <w:bottom w:w="80" w:type="dxa"/>
              <w:right w:w="120" w:type="dxa"/>
            </w:tcMar>
            <w:vAlign w:val="center"/>
          </w:tcPr>
          <w:p w14:paraId="50C1B0C9" w14:textId="77777777" w:rsidR="006377C7" w:rsidRDefault="00356C21">
            <w:pPr>
              <w:jc w:val="center"/>
            </w:pPr>
            <w:r>
              <w:rPr>
                <w:b/>
                <w:color w:val="04154E"/>
                <w:sz w:val="19"/>
              </w:rPr>
              <w:t>Information</w:t>
            </w:r>
          </w:p>
        </w:tc>
        <w:tc>
          <w:tcPr>
            <w:tcW w:w="1872" w:type="dxa"/>
            <w:gridSpan w:val="2"/>
            <w:shd w:val="clear" w:color="auto" w:fill="DDEAF0"/>
            <w:tcMar>
              <w:top w:w="80" w:type="dxa"/>
              <w:left w:w="120" w:type="dxa"/>
              <w:bottom w:w="80" w:type="dxa"/>
              <w:right w:w="120" w:type="dxa"/>
            </w:tcMar>
            <w:vAlign w:val="center"/>
          </w:tcPr>
          <w:p w14:paraId="31A7F107" w14:textId="77777777" w:rsidR="006377C7" w:rsidRDefault="00356C21">
            <w:pPr>
              <w:jc w:val="center"/>
            </w:pPr>
            <w:r>
              <w:rPr>
                <w:b/>
                <w:color w:val="04154E"/>
                <w:sz w:val="19"/>
              </w:rPr>
              <w:t>Decision</w:t>
            </w:r>
          </w:p>
        </w:tc>
        <w:tc>
          <w:tcPr>
            <w:tcW w:w="1872" w:type="dxa"/>
            <w:shd w:val="clear" w:color="auto" w:fill="DDEAF0"/>
            <w:tcMar>
              <w:top w:w="80" w:type="dxa"/>
              <w:left w:w="120" w:type="dxa"/>
              <w:bottom w:w="80" w:type="dxa"/>
              <w:right w:w="120" w:type="dxa"/>
            </w:tcMar>
            <w:vAlign w:val="center"/>
          </w:tcPr>
          <w:p w14:paraId="12D66380" w14:textId="77777777" w:rsidR="006377C7" w:rsidRDefault="00356C21">
            <w:pPr>
              <w:jc w:val="center"/>
            </w:pPr>
            <w:r>
              <w:rPr>
                <w:b/>
                <w:color w:val="04154E"/>
                <w:sz w:val="19"/>
              </w:rPr>
              <w:t>Action</w:t>
            </w:r>
          </w:p>
        </w:tc>
        <w:tc>
          <w:tcPr>
            <w:tcW w:w="1872" w:type="dxa"/>
            <w:shd w:val="clear" w:color="auto" w:fill="FFE3B5"/>
            <w:tcMar>
              <w:top w:w="80" w:type="dxa"/>
              <w:left w:w="120" w:type="dxa"/>
              <w:bottom w:w="80" w:type="dxa"/>
              <w:right w:w="120" w:type="dxa"/>
            </w:tcMar>
            <w:vAlign w:val="center"/>
          </w:tcPr>
          <w:p w14:paraId="45B3E3B1" w14:textId="77777777" w:rsidR="006377C7" w:rsidRDefault="00356C21">
            <w:pPr>
              <w:jc w:val="center"/>
            </w:pPr>
            <w:r>
              <w:rPr>
                <w:b/>
                <w:color w:val="04154E"/>
                <w:sz w:val="19"/>
              </w:rPr>
              <w:t>Exception</w:t>
            </w:r>
          </w:p>
        </w:tc>
      </w:tr>
      <w:tr w:rsidR="006377C7" w14:paraId="0667B7EC" w14:textId="77777777">
        <w:tc>
          <w:tcPr>
            <w:tcW w:w="1872" w:type="dxa"/>
            <w:gridSpan w:val="2"/>
            <w:shd w:val="clear" w:color="auto" w:fill="FFFFFF"/>
            <w:tcMar>
              <w:top w:w="80" w:type="dxa"/>
              <w:left w:w="120" w:type="dxa"/>
              <w:bottom w:w="80" w:type="dxa"/>
              <w:right w:w="120" w:type="dxa"/>
            </w:tcMar>
            <w:vAlign w:val="center"/>
          </w:tcPr>
          <w:p w14:paraId="3515A187" w14:textId="77777777" w:rsidR="006377C7" w:rsidRDefault="00356C21">
            <w:pPr>
              <w:jc w:val="center"/>
            </w:pPr>
            <w:r>
              <w:rPr>
                <w:sz w:val="16"/>
              </w:rPr>
              <w:t>What starts the process?</w:t>
            </w:r>
          </w:p>
        </w:tc>
        <w:tc>
          <w:tcPr>
            <w:tcW w:w="1872" w:type="dxa"/>
            <w:shd w:val="clear" w:color="auto" w:fill="FFFFFF"/>
            <w:tcMar>
              <w:top w:w="80" w:type="dxa"/>
              <w:left w:w="120" w:type="dxa"/>
              <w:bottom w:w="80" w:type="dxa"/>
              <w:right w:w="120" w:type="dxa"/>
            </w:tcMar>
            <w:vAlign w:val="center"/>
          </w:tcPr>
          <w:p w14:paraId="19E2957B" w14:textId="77777777" w:rsidR="006377C7" w:rsidRDefault="00356C21">
            <w:pPr>
              <w:jc w:val="center"/>
            </w:pPr>
            <w:r>
              <w:rPr>
                <w:sz w:val="16"/>
              </w:rPr>
              <w:t>What inputs are required?</w:t>
            </w:r>
          </w:p>
        </w:tc>
        <w:tc>
          <w:tcPr>
            <w:tcW w:w="1872" w:type="dxa"/>
            <w:gridSpan w:val="2"/>
            <w:shd w:val="clear" w:color="auto" w:fill="FFFFFF"/>
            <w:tcMar>
              <w:top w:w="80" w:type="dxa"/>
              <w:left w:w="120" w:type="dxa"/>
              <w:bottom w:w="80" w:type="dxa"/>
              <w:right w:w="120" w:type="dxa"/>
            </w:tcMar>
            <w:vAlign w:val="center"/>
          </w:tcPr>
          <w:p w14:paraId="248D5691" w14:textId="77777777" w:rsidR="006377C7" w:rsidRDefault="00356C21">
            <w:pPr>
              <w:jc w:val="center"/>
            </w:pPr>
            <w:r>
              <w:rPr>
                <w:sz w:val="16"/>
              </w:rPr>
              <w:t>What must be checked?</w:t>
            </w:r>
          </w:p>
        </w:tc>
        <w:tc>
          <w:tcPr>
            <w:tcW w:w="1872" w:type="dxa"/>
            <w:shd w:val="clear" w:color="auto" w:fill="FFFFFF"/>
            <w:tcMar>
              <w:top w:w="80" w:type="dxa"/>
              <w:left w:w="120" w:type="dxa"/>
              <w:bottom w:w="80" w:type="dxa"/>
              <w:right w:w="120" w:type="dxa"/>
            </w:tcMar>
            <w:vAlign w:val="center"/>
          </w:tcPr>
          <w:p w14:paraId="5D3ECC12" w14:textId="77777777" w:rsidR="006377C7" w:rsidRDefault="00356C21">
            <w:pPr>
              <w:jc w:val="center"/>
            </w:pPr>
            <w:r>
              <w:rPr>
                <w:sz w:val="16"/>
              </w:rPr>
              <w:t>What must happen?</w:t>
            </w:r>
          </w:p>
        </w:tc>
        <w:tc>
          <w:tcPr>
            <w:tcW w:w="1872" w:type="dxa"/>
            <w:shd w:val="clear" w:color="auto" w:fill="FFFFFF"/>
            <w:tcMar>
              <w:top w:w="80" w:type="dxa"/>
              <w:left w:w="120" w:type="dxa"/>
              <w:bottom w:w="80" w:type="dxa"/>
              <w:right w:w="120" w:type="dxa"/>
            </w:tcMar>
            <w:vAlign w:val="center"/>
          </w:tcPr>
          <w:p w14:paraId="4D27AEBF" w14:textId="77777777" w:rsidR="006377C7" w:rsidRDefault="00356C21">
            <w:pPr>
              <w:jc w:val="center"/>
            </w:pPr>
            <w:r>
              <w:rPr>
                <w:sz w:val="16"/>
              </w:rPr>
              <w:t>What stops or changes the path?</w:t>
            </w:r>
          </w:p>
        </w:tc>
      </w:tr>
      <w:tr w:rsidR="006377C7" w14:paraId="079C49DB" w14:textId="77777777">
        <w:tc>
          <w:tcPr>
            <w:tcW w:w="1500" w:type="dxa"/>
            <w:shd w:val="clear" w:color="auto" w:fill="DDEAF0"/>
            <w:tcMar>
              <w:top w:w="80" w:type="dxa"/>
              <w:left w:w="120" w:type="dxa"/>
              <w:bottom w:w="80" w:type="dxa"/>
              <w:right w:w="120" w:type="dxa"/>
            </w:tcMar>
            <w:vAlign w:val="center"/>
          </w:tcPr>
          <w:p w14:paraId="540786BD" w14:textId="77777777" w:rsidR="006377C7" w:rsidRDefault="00356C21">
            <w:pPr>
              <w:jc w:val="center"/>
            </w:pPr>
            <w:r>
              <w:rPr>
                <w:b/>
                <w:color w:val="04154E"/>
                <w:sz w:val="17"/>
              </w:rPr>
              <w:t>Component</w:t>
            </w:r>
          </w:p>
        </w:tc>
        <w:tc>
          <w:tcPr>
            <w:tcW w:w="3250" w:type="dxa"/>
            <w:gridSpan w:val="3"/>
            <w:shd w:val="clear" w:color="auto" w:fill="DDEAF0"/>
            <w:tcMar>
              <w:top w:w="80" w:type="dxa"/>
              <w:left w:w="120" w:type="dxa"/>
              <w:bottom w:w="80" w:type="dxa"/>
              <w:right w:w="120" w:type="dxa"/>
            </w:tcMar>
            <w:vAlign w:val="center"/>
          </w:tcPr>
          <w:p w14:paraId="3FC8EEBB" w14:textId="77777777" w:rsidR="006377C7" w:rsidRDefault="00356C21">
            <w:pPr>
              <w:jc w:val="center"/>
            </w:pPr>
            <w:r>
              <w:rPr>
                <w:b/>
                <w:color w:val="04154E"/>
                <w:sz w:val="17"/>
              </w:rPr>
              <w:t>Guided question</w:t>
            </w:r>
          </w:p>
        </w:tc>
        <w:tc>
          <w:tcPr>
            <w:tcW w:w="4610" w:type="dxa"/>
            <w:gridSpan w:val="3"/>
            <w:shd w:val="clear" w:color="auto" w:fill="DDEAF0"/>
            <w:tcMar>
              <w:top w:w="80" w:type="dxa"/>
              <w:left w:w="120" w:type="dxa"/>
              <w:bottom w:w="80" w:type="dxa"/>
              <w:right w:w="120" w:type="dxa"/>
            </w:tcMar>
            <w:vAlign w:val="center"/>
          </w:tcPr>
          <w:p w14:paraId="1A7B4F42" w14:textId="77777777" w:rsidR="006377C7" w:rsidRDefault="00356C21">
            <w:pPr>
              <w:jc w:val="center"/>
            </w:pPr>
            <w:r>
              <w:rPr>
                <w:b/>
                <w:color w:val="04154E"/>
                <w:sz w:val="17"/>
              </w:rPr>
              <w:t>Notes</w:t>
            </w:r>
          </w:p>
        </w:tc>
      </w:tr>
      <w:tr w:rsidR="006377C7" w14:paraId="6C5B0872" w14:textId="77777777">
        <w:tc>
          <w:tcPr>
            <w:tcW w:w="1500" w:type="dxa"/>
            <w:tcMar>
              <w:top w:w="80" w:type="dxa"/>
              <w:left w:w="120" w:type="dxa"/>
              <w:bottom w:w="80" w:type="dxa"/>
              <w:right w:w="120" w:type="dxa"/>
            </w:tcMar>
            <w:vAlign w:val="center"/>
          </w:tcPr>
          <w:p w14:paraId="11CA16DA" w14:textId="77777777" w:rsidR="006377C7" w:rsidRDefault="00356C21">
            <w:pPr>
              <w:jc w:val="center"/>
            </w:pPr>
            <w:r>
              <w:rPr>
                <w:sz w:val="17"/>
              </w:rPr>
              <w:t>Trigger</w:t>
            </w:r>
          </w:p>
        </w:tc>
        <w:tc>
          <w:tcPr>
            <w:tcW w:w="3250" w:type="dxa"/>
            <w:gridSpan w:val="3"/>
            <w:tcMar>
              <w:top w:w="80" w:type="dxa"/>
              <w:left w:w="120" w:type="dxa"/>
              <w:bottom w:w="80" w:type="dxa"/>
              <w:right w:w="120" w:type="dxa"/>
            </w:tcMar>
            <w:vAlign w:val="center"/>
          </w:tcPr>
          <w:p w14:paraId="10DB56D4" w14:textId="77777777" w:rsidR="006377C7" w:rsidRDefault="00356C21">
            <w:pPr>
              <w:jc w:val="center"/>
            </w:pPr>
            <w:r>
              <w:rPr>
                <w:sz w:val="17"/>
              </w:rPr>
              <w:t>What starts the process?</w:t>
            </w:r>
          </w:p>
        </w:tc>
        <w:tc>
          <w:tcPr>
            <w:tcW w:w="4610" w:type="dxa"/>
            <w:gridSpan w:val="3"/>
            <w:tcMar>
              <w:top w:w="80" w:type="dxa"/>
              <w:left w:w="120" w:type="dxa"/>
              <w:bottom w:w="80" w:type="dxa"/>
              <w:right w:w="120" w:type="dxa"/>
            </w:tcMar>
            <w:vAlign w:val="center"/>
          </w:tcPr>
          <w:p w14:paraId="499ECE3E" w14:textId="77777777" w:rsidR="006377C7" w:rsidRDefault="00356C21">
            <w:r>
              <w:rPr>
                <w:sz w:val="17"/>
              </w:rPr>
              <w:t>Event, request, received record, status change, schedule, user action:</w:t>
            </w:r>
            <w:r>
              <w:rPr>
                <w:sz w:val="17"/>
              </w:rPr>
              <w:br/>
            </w:r>
            <w:r>
              <w:rPr>
                <w:sz w:val="17"/>
              </w:rPr>
              <w:br/>
              <w:t>____________________________</w:t>
            </w:r>
          </w:p>
        </w:tc>
      </w:tr>
      <w:tr w:rsidR="006377C7" w14:paraId="1E23FCA6" w14:textId="77777777">
        <w:tc>
          <w:tcPr>
            <w:tcW w:w="1500" w:type="dxa"/>
            <w:tcMar>
              <w:top w:w="80" w:type="dxa"/>
              <w:left w:w="120" w:type="dxa"/>
              <w:bottom w:w="80" w:type="dxa"/>
              <w:right w:w="120" w:type="dxa"/>
            </w:tcMar>
            <w:vAlign w:val="center"/>
          </w:tcPr>
          <w:p w14:paraId="7B5FFB24" w14:textId="77777777" w:rsidR="006377C7" w:rsidRDefault="00356C21">
            <w:pPr>
              <w:jc w:val="center"/>
            </w:pPr>
            <w:r>
              <w:rPr>
                <w:sz w:val="17"/>
              </w:rPr>
              <w:t>Information</w:t>
            </w:r>
          </w:p>
        </w:tc>
        <w:tc>
          <w:tcPr>
            <w:tcW w:w="3250" w:type="dxa"/>
            <w:gridSpan w:val="3"/>
            <w:tcMar>
              <w:top w:w="80" w:type="dxa"/>
              <w:left w:w="120" w:type="dxa"/>
              <w:bottom w:w="80" w:type="dxa"/>
              <w:right w:w="120" w:type="dxa"/>
            </w:tcMar>
            <w:vAlign w:val="center"/>
          </w:tcPr>
          <w:p w14:paraId="2C328C7D" w14:textId="77777777" w:rsidR="006377C7" w:rsidRDefault="00356C21">
            <w:pPr>
              <w:jc w:val="center"/>
            </w:pPr>
            <w:r>
              <w:rPr>
                <w:sz w:val="17"/>
              </w:rPr>
              <w:t>What inputs are required?</w:t>
            </w:r>
          </w:p>
        </w:tc>
        <w:tc>
          <w:tcPr>
            <w:tcW w:w="4610" w:type="dxa"/>
            <w:gridSpan w:val="3"/>
            <w:tcMar>
              <w:top w:w="80" w:type="dxa"/>
              <w:left w:w="120" w:type="dxa"/>
              <w:bottom w:w="80" w:type="dxa"/>
              <w:right w:w="120" w:type="dxa"/>
            </w:tcMar>
            <w:vAlign w:val="center"/>
          </w:tcPr>
          <w:p w14:paraId="2A446D5B" w14:textId="77777777" w:rsidR="006377C7" w:rsidRDefault="00356C21">
            <w:r>
              <w:rPr>
                <w:sz w:val="17"/>
              </w:rPr>
              <w:t>Records, fields, documents, approvals, source systems, supporting context:</w:t>
            </w:r>
            <w:r>
              <w:rPr>
                <w:sz w:val="17"/>
              </w:rPr>
              <w:br/>
            </w:r>
            <w:r>
              <w:rPr>
                <w:sz w:val="17"/>
              </w:rPr>
              <w:br/>
              <w:t>____________________________</w:t>
            </w:r>
          </w:p>
        </w:tc>
      </w:tr>
      <w:tr w:rsidR="006377C7" w14:paraId="469E361F" w14:textId="77777777">
        <w:tc>
          <w:tcPr>
            <w:tcW w:w="1500" w:type="dxa"/>
            <w:tcMar>
              <w:top w:w="80" w:type="dxa"/>
              <w:left w:w="120" w:type="dxa"/>
              <w:bottom w:w="80" w:type="dxa"/>
              <w:right w:w="120" w:type="dxa"/>
            </w:tcMar>
            <w:vAlign w:val="center"/>
          </w:tcPr>
          <w:p w14:paraId="65A035CF" w14:textId="77777777" w:rsidR="006377C7" w:rsidRDefault="00356C21">
            <w:pPr>
              <w:jc w:val="center"/>
            </w:pPr>
            <w:r>
              <w:rPr>
                <w:sz w:val="17"/>
              </w:rPr>
              <w:t>Decision</w:t>
            </w:r>
          </w:p>
        </w:tc>
        <w:tc>
          <w:tcPr>
            <w:tcW w:w="3250" w:type="dxa"/>
            <w:gridSpan w:val="3"/>
            <w:tcMar>
              <w:top w:w="80" w:type="dxa"/>
              <w:left w:w="120" w:type="dxa"/>
              <w:bottom w:w="80" w:type="dxa"/>
              <w:right w:w="120" w:type="dxa"/>
            </w:tcMar>
            <w:vAlign w:val="center"/>
          </w:tcPr>
          <w:p w14:paraId="4E3D274E" w14:textId="77777777" w:rsidR="006377C7" w:rsidRDefault="00356C21">
            <w:pPr>
              <w:jc w:val="center"/>
            </w:pPr>
            <w:r>
              <w:rPr>
                <w:sz w:val="17"/>
              </w:rPr>
              <w:t>What must be checked or determined?</w:t>
            </w:r>
          </w:p>
        </w:tc>
        <w:tc>
          <w:tcPr>
            <w:tcW w:w="4610" w:type="dxa"/>
            <w:gridSpan w:val="3"/>
            <w:tcMar>
              <w:top w:w="80" w:type="dxa"/>
              <w:left w:w="120" w:type="dxa"/>
              <w:bottom w:w="80" w:type="dxa"/>
              <w:right w:w="120" w:type="dxa"/>
            </w:tcMar>
            <w:vAlign w:val="center"/>
          </w:tcPr>
          <w:p w14:paraId="1B19C4C3" w14:textId="77777777" w:rsidR="006377C7" w:rsidRDefault="00356C21">
            <w:r>
              <w:rPr>
                <w:sz w:val="17"/>
              </w:rPr>
              <w:t>Rules, validations, comparisons, reviews, approvals, ownership questions:</w:t>
            </w:r>
            <w:r>
              <w:rPr>
                <w:sz w:val="17"/>
              </w:rPr>
              <w:br/>
            </w:r>
            <w:r>
              <w:rPr>
                <w:sz w:val="17"/>
              </w:rPr>
              <w:br/>
              <w:t>____________________________</w:t>
            </w:r>
          </w:p>
        </w:tc>
      </w:tr>
      <w:tr w:rsidR="006377C7" w14:paraId="39E21835" w14:textId="77777777">
        <w:tc>
          <w:tcPr>
            <w:tcW w:w="1500" w:type="dxa"/>
            <w:tcMar>
              <w:top w:w="80" w:type="dxa"/>
              <w:left w:w="120" w:type="dxa"/>
              <w:bottom w:w="80" w:type="dxa"/>
              <w:right w:w="120" w:type="dxa"/>
            </w:tcMar>
            <w:vAlign w:val="center"/>
          </w:tcPr>
          <w:p w14:paraId="3E8F0F77" w14:textId="77777777" w:rsidR="006377C7" w:rsidRDefault="00356C21">
            <w:pPr>
              <w:jc w:val="center"/>
            </w:pPr>
            <w:r>
              <w:rPr>
                <w:sz w:val="17"/>
              </w:rPr>
              <w:t>Action</w:t>
            </w:r>
          </w:p>
        </w:tc>
        <w:tc>
          <w:tcPr>
            <w:tcW w:w="3250" w:type="dxa"/>
            <w:gridSpan w:val="3"/>
            <w:tcMar>
              <w:top w:w="80" w:type="dxa"/>
              <w:left w:w="120" w:type="dxa"/>
              <w:bottom w:w="80" w:type="dxa"/>
              <w:right w:w="120" w:type="dxa"/>
            </w:tcMar>
            <w:vAlign w:val="center"/>
          </w:tcPr>
          <w:p w14:paraId="115117A8" w14:textId="77777777" w:rsidR="006377C7" w:rsidRDefault="00356C21">
            <w:pPr>
              <w:jc w:val="center"/>
            </w:pPr>
            <w:r>
              <w:rPr>
                <w:sz w:val="17"/>
              </w:rPr>
              <w:t>What must happen next?</w:t>
            </w:r>
          </w:p>
        </w:tc>
        <w:tc>
          <w:tcPr>
            <w:tcW w:w="4610" w:type="dxa"/>
            <w:gridSpan w:val="3"/>
            <w:tcMar>
              <w:top w:w="80" w:type="dxa"/>
              <w:left w:w="120" w:type="dxa"/>
              <w:bottom w:w="80" w:type="dxa"/>
              <w:right w:w="120" w:type="dxa"/>
            </w:tcMar>
            <w:vAlign w:val="center"/>
          </w:tcPr>
          <w:p w14:paraId="6F05502F" w14:textId="77777777" w:rsidR="006377C7" w:rsidRDefault="00356C21">
            <w:r>
              <w:rPr>
                <w:sz w:val="17"/>
              </w:rPr>
              <w:t>Create, update, send, post, store, notify, route, close, or complete:</w:t>
            </w:r>
            <w:r>
              <w:rPr>
                <w:sz w:val="17"/>
              </w:rPr>
              <w:br/>
            </w:r>
            <w:r>
              <w:rPr>
                <w:sz w:val="17"/>
              </w:rPr>
              <w:br/>
              <w:t>____________________________</w:t>
            </w:r>
          </w:p>
        </w:tc>
      </w:tr>
      <w:tr w:rsidR="006377C7" w14:paraId="061C46F1" w14:textId="77777777">
        <w:tc>
          <w:tcPr>
            <w:tcW w:w="1500" w:type="dxa"/>
            <w:tcMar>
              <w:top w:w="80" w:type="dxa"/>
              <w:left w:w="120" w:type="dxa"/>
              <w:bottom w:w="80" w:type="dxa"/>
              <w:right w:w="120" w:type="dxa"/>
            </w:tcMar>
            <w:vAlign w:val="center"/>
          </w:tcPr>
          <w:p w14:paraId="31C769EB" w14:textId="77777777" w:rsidR="006377C7" w:rsidRDefault="00356C21">
            <w:pPr>
              <w:jc w:val="center"/>
            </w:pPr>
            <w:r>
              <w:rPr>
                <w:sz w:val="17"/>
              </w:rPr>
              <w:t>Exception</w:t>
            </w:r>
          </w:p>
        </w:tc>
        <w:tc>
          <w:tcPr>
            <w:tcW w:w="3250" w:type="dxa"/>
            <w:gridSpan w:val="3"/>
            <w:tcMar>
              <w:top w:w="80" w:type="dxa"/>
              <w:left w:w="120" w:type="dxa"/>
              <w:bottom w:w="80" w:type="dxa"/>
              <w:right w:w="120" w:type="dxa"/>
            </w:tcMar>
            <w:vAlign w:val="center"/>
          </w:tcPr>
          <w:p w14:paraId="4A372CD8" w14:textId="77777777" w:rsidR="006377C7" w:rsidRDefault="00356C21">
            <w:pPr>
              <w:jc w:val="center"/>
            </w:pPr>
            <w:r>
              <w:rPr>
                <w:sz w:val="17"/>
              </w:rPr>
              <w:t>What stops or changes the normal path?</w:t>
            </w:r>
          </w:p>
        </w:tc>
        <w:tc>
          <w:tcPr>
            <w:tcW w:w="4610" w:type="dxa"/>
            <w:gridSpan w:val="3"/>
            <w:tcMar>
              <w:top w:w="80" w:type="dxa"/>
              <w:left w:w="120" w:type="dxa"/>
              <w:bottom w:w="80" w:type="dxa"/>
              <w:right w:w="120" w:type="dxa"/>
            </w:tcMar>
            <w:vAlign w:val="center"/>
          </w:tcPr>
          <w:p w14:paraId="41C03774" w14:textId="77777777" w:rsidR="006377C7" w:rsidRDefault="00356C21">
            <w:r>
              <w:rPr>
                <w:sz w:val="17"/>
              </w:rPr>
              <w:t>Missing information, conflict, threshold, failed check, unusual request, manual judgment:</w:t>
            </w:r>
            <w:r>
              <w:rPr>
                <w:sz w:val="17"/>
              </w:rPr>
              <w:br/>
            </w:r>
            <w:r>
              <w:rPr>
                <w:sz w:val="17"/>
              </w:rPr>
              <w:br/>
              <w:t>____________________________</w:t>
            </w:r>
          </w:p>
        </w:tc>
      </w:tr>
    </w:tbl>
    <w:p w14:paraId="05DA5150" w14:textId="77777777" w:rsidR="006377C7" w:rsidRDefault="006377C7">
      <w:pPr>
        <w:spacing w:after="40"/>
      </w:pPr>
    </w:p>
    <w:p w14:paraId="236E21A9" w14:textId="77777777" w:rsidR="006377C7" w:rsidRDefault="00356C21">
      <w:r>
        <w:br w:type="page"/>
      </w:r>
    </w:p>
    <w:p w14:paraId="530E21B1" w14:textId="77777777" w:rsidR="006377C7" w:rsidRDefault="00356C21">
      <w:pPr>
        <w:pStyle w:val="Heading1"/>
      </w:pPr>
      <w:r>
        <w:lastRenderedPageBreak/>
        <w:t>3. Identify People, Systems, and Information</w:t>
      </w:r>
    </w:p>
    <w:p w14:paraId="602F6036" w14:textId="77777777" w:rsidR="006377C7" w:rsidRDefault="00356C21">
      <w:r>
        <w:t xml:space="preserve">A workflow often looks </w:t>
      </w:r>
      <w:proofErr w:type="gramStart"/>
      <w:r>
        <w:t>simple</w:t>
      </w:r>
      <w:proofErr w:type="gramEnd"/>
      <w:r>
        <w:t xml:space="preserve"> until you list every participant and source of truth. Use this page to make the handoffs visible.</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100"/>
        <w:gridCol w:w="2500"/>
        <w:gridCol w:w="3000"/>
        <w:gridCol w:w="1760"/>
      </w:tblGrid>
      <w:tr w:rsidR="006377C7" w14:paraId="3C74567F" w14:textId="77777777">
        <w:tc>
          <w:tcPr>
            <w:tcW w:w="2100" w:type="dxa"/>
            <w:shd w:val="clear" w:color="auto" w:fill="DDEAF0"/>
            <w:tcMar>
              <w:top w:w="80" w:type="dxa"/>
              <w:left w:w="120" w:type="dxa"/>
              <w:bottom w:w="80" w:type="dxa"/>
              <w:right w:w="120" w:type="dxa"/>
            </w:tcMar>
            <w:vAlign w:val="center"/>
          </w:tcPr>
          <w:p w14:paraId="148ADA73" w14:textId="77777777" w:rsidR="006377C7" w:rsidRDefault="00356C21">
            <w:pPr>
              <w:jc w:val="center"/>
            </w:pPr>
            <w:r>
              <w:rPr>
                <w:b/>
                <w:color w:val="04154E"/>
                <w:sz w:val="17"/>
              </w:rPr>
              <w:t>Participant or system</w:t>
            </w:r>
          </w:p>
        </w:tc>
        <w:tc>
          <w:tcPr>
            <w:tcW w:w="2500" w:type="dxa"/>
            <w:shd w:val="clear" w:color="auto" w:fill="DDEAF0"/>
            <w:tcMar>
              <w:top w:w="80" w:type="dxa"/>
              <w:left w:w="120" w:type="dxa"/>
              <w:bottom w:w="80" w:type="dxa"/>
              <w:right w:w="120" w:type="dxa"/>
            </w:tcMar>
            <w:vAlign w:val="center"/>
          </w:tcPr>
          <w:p w14:paraId="2DEB37A8" w14:textId="77777777" w:rsidR="006377C7" w:rsidRDefault="00356C21">
            <w:pPr>
              <w:jc w:val="center"/>
            </w:pPr>
            <w:r>
              <w:rPr>
                <w:b/>
                <w:color w:val="04154E"/>
                <w:sz w:val="17"/>
              </w:rPr>
              <w:t>Role in the workflow</w:t>
            </w:r>
          </w:p>
        </w:tc>
        <w:tc>
          <w:tcPr>
            <w:tcW w:w="3000" w:type="dxa"/>
            <w:shd w:val="clear" w:color="auto" w:fill="DDEAF0"/>
            <w:tcMar>
              <w:top w:w="80" w:type="dxa"/>
              <w:left w:w="120" w:type="dxa"/>
              <w:bottom w:w="80" w:type="dxa"/>
              <w:right w:w="120" w:type="dxa"/>
            </w:tcMar>
            <w:vAlign w:val="center"/>
          </w:tcPr>
          <w:p w14:paraId="33C3059E" w14:textId="77777777" w:rsidR="006377C7" w:rsidRDefault="00356C21">
            <w:pPr>
              <w:jc w:val="center"/>
            </w:pPr>
            <w:r>
              <w:rPr>
                <w:b/>
                <w:color w:val="04154E"/>
                <w:sz w:val="17"/>
              </w:rPr>
              <w:t>Information owned or changed</w:t>
            </w:r>
          </w:p>
        </w:tc>
        <w:tc>
          <w:tcPr>
            <w:tcW w:w="1760" w:type="dxa"/>
            <w:shd w:val="clear" w:color="auto" w:fill="DDEAF0"/>
            <w:tcMar>
              <w:top w:w="80" w:type="dxa"/>
              <w:left w:w="120" w:type="dxa"/>
              <w:bottom w:w="80" w:type="dxa"/>
              <w:right w:w="120" w:type="dxa"/>
            </w:tcMar>
            <w:vAlign w:val="center"/>
          </w:tcPr>
          <w:p w14:paraId="5BBB5337" w14:textId="77777777" w:rsidR="006377C7" w:rsidRDefault="00356C21">
            <w:pPr>
              <w:jc w:val="center"/>
            </w:pPr>
            <w:r>
              <w:rPr>
                <w:b/>
                <w:color w:val="04154E"/>
                <w:sz w:val="17"/>
              </w:rPr>
              <w:t>Open question</w:t>
            </w:r>
          </w:p>
        </w:tc>
      </w:tr>
      <w:tr w:rsidR="006377C7" w14:paraId="1612EBDB" w14:textId="77777777">
        <w:tc>
          <w:tcPr>
            <w:tcW w:w="2100" w:type="dxa"/>
            <w:tcMar>
              <w:top w:w="80" w:type="dxa"/>
              <w:left w:w="120" w:type="dxa"/>
              <w:bottom w:w="80" w:type="dxa"/>
              <w:right w:w="120" w:type="dxa"/>
            </w:tcMar>
            <w:vAlign w:val="center"/>
          </w:tcPr>
          <w:p w14:paraId="56272718" w14:textId="77777777" w:rsidR="006377C7" w:rsidRDefault="006377C7">
            <w:pPr>
              <w:jc w:val="center"/>
            </w:pPr>
          </w:p>
        </w:tc>
        <w:tc>
          <w:tcPr>
            <w:tcW w:w="2500" w:type="dxa"/>
            <w:tcMar>
              <w:top w:w="80" w:type="dxa"/>
              <w:left w:w="120" w:type="dxa"/>
              <w:bottom w:w="80" w:type="dxa"/>
              <w:right w:w="120" w:type="dxa"/>
            </w:tcMar>
            <w:vAlign w:val="center"/>
          </w:tcPr>
          <w:p w14:paraId="37139F35" w14:textId="77777777" w:rsidR="006377C7" w:rsidRDefault="006377C7">
            <w:pPr>
              <w:jc w:val="center"/>
            </w:pPr>
          </w:p>
        </w:tc>
        <w:tc>
          <w:tcPr>
            <w:tcW w:w="3000" w:type="dxa"/>
            <w:tcMar>
              <w:top w:w="80" w:type="dxa"/>
              <w:left w:w="120" w:type="dxa"/>
              <w:bottom w:w="80" w:type="dxa"/>
              <w:right w:w="120" w:type="dxa"/>
            </w:tcMar>
            <w:vAlign w:val="center"/>
          </w:tcPr>
          <w:p w14:paraId="06CF85C8" w14:textId="77777777" w:rsidR="006377C7" w:rsidRDefault="006377C7"/>
        </w:tc>
        <w:tc>
          <w:tcPr>
            <w:tcW w:w="1760" w:type="dxa"/>
            <w:tcMar>
              <w:top w:w="80" w:type="dxa"/>
              <w:left w:w="120" w:type="dxa"/>
              <w:bottom w:w="80" w:type="dxa"/>
              <w:right w:w="120" w:type="dxa"/>
            </w:tcMar>
            <w:vAlign w:val="center"/>
          </w:tcPr>
          <w:p w14:paraId="624BEEBE" w14:textId="77777777" w:rsidR="006377C7" w:rsidRDefault="006377C7"/>
        </w:tc>
      </w:tr>
      <w:tr w:rsidR="006377C7" w14:paraId="4E0442E9" w14:textId="77777777">
        <w:tc>
          <w:tcPr>
            <w:tcW w:w="2100" w:type="dxa"/>
            <w:tcMar>
              <w:top w:w="80" w:type="dxa"/>
              <w:left w:w="120" w:type="dxa"/>
              <w:bottom w:w="80" w:type="dxa"/>
              <w:right w:w="120" w:type="dxa"/>
            </w:tcMar>
            <w:vAlign w:val="center"/>
          </w:tcPr>
          <w:p w14:paraId="6EEEFB8F" w14:textId="77777777" w:rsidR="006377C7" w:rsidRDefault="006377C7">
            <w:pPr>
              <w:jc w:val="center"/>
            </w:pPr>
          </w:p>
        </w:tc>
        <w:tc>
          <w:tcPr>
            <w:tcW w:w="2500" w:type="dxa"/>
            <w:tcMar>
              <w:top w:w="80" w:type="dxa"/>
              <w:left w:w="120" w:type="dxa"/>
              <w:bottom w:w="80" w:type="dxa"/>
              <w:right w:w="120" w:type="dxa"/>
            </w:tcMar>
            <w:vAlign w:val="center"/>
          </w:tcPr>
          <w:p w14:paraId="61359655" w14:textId="77777777" w:rsidR="006377C7" w:rsidRDefault="006377C7">
            <w:pPr>
              <w:jc w:val="center"/>
            </w:pPr>
          </w:p>
        </w:tc>
        <w:tc>
          <w:tcPr>
            <w:tcW w:w="3000" w:type="dxa"/>
            <w:tcMar>
              <w:top w:w="80" w:type="dxa"/>
              <w:left w:w="120" w:type="dxa"/>
              <w:bottom w:w="80" w:type="dxa"/>
              <w:right w:w="120" w:type="dxa"/>
            </w:tcMar>
            <w:vAlign w:val="center"/>
          </w:tcPr>
          <w:p w14:paraId="5FD51E9B" w14:textId="77777777" w:rsidR="006377C7" w:rsidRDefault="006377C7"/>
        </w:tc>
        <w:tc>
          <w:tcPr>
            <w:tcW w:w="1760" w:type="dxa"/>
            <w:tcMar>
              <w:top w:w="80" w:type="dxa"/>
              <w:left w:w="120" w:type="dxa"/>
              <w:bottom w:w="80" w:type="dxa"/>
              <w:right w:w="120" w:type="dxa"/>
            </w:tcMar>
            <w:vAlign w:val="center"/>
          </w:tcPr>
          <w:p w14:paraId="0E041773" w14:textId="77777777" w:rsidR="006377C7" w:rsidRDefault="006377C7"/>
        </w:tc>
      </w:tr>
      <w:tr w:rsidR="006377C7" w14:paraId="7FE4D258" w14:textId="77777777">
        <w:tc>
          <w:tcPr>
            <w:tcW w:w="2100" w:type="dxa"/>
            <w:tcMar>
              <w:top w:w="80" w:type="dxa"/>
              <w:left w:w="120" w:type="dxa"/>
              <w:bottom w:w="80" w:type="dxa"/>
              <w:right w:w="120" w:type="dxa"/>
            </w:tcMar>
            <w:vAlign w:val="center"/>
          </w:tcPr>
          <w:p w14:paraId="1487BDF6" w14:textId="77777777" w:rsidR="006377C7" w:rsidRDefault="006377C7">
            <w:pPr>
              <w:jc w:val="center"/>
            </w:pPr>
          </w:p>
        </w:tc>
        <w:tc>
          <w:tcPr>
            <w:tcW w:w="2500" w:type="dxa"/>
            <w:tcMar>
              <w:top w:w="80" w:type="dxa"/>
              <w:left w:w="120" w:type="dxa"/>
              <w:bottom w:w="80" w:type="dxa"/>
              <w:right w:w="120" w:type="dxa"/>
            </w:tcMar>
            <w:vAlign w:val="center"/>
          </w:tcPr>
          <w:p w14:paraId="368F4DA0" w14:textId="77777777" w:rsidR="006377C7" w:rsidRDefault="006377C7">
            <w:pPr>
              <w:jc w:val="center"/>
            </w:pPr>
          </w:p>
        </w:tc>
        <w:tc>
          <w:tcPr>
            <w:tcW w:w="3000" w:type="dxa"/>
            <w:tcMar>
              <w:top w:w="80" w:type="dxa"/>
              <w:left w:w="120" w:type="dxa"/>
              <w:bottom w:w="80" w:type="dxa"/>
              <w:right w:w="120" w:type="dxa"/>
            </w:tcMar>
            <w:vAlign w:val="center"/>
          </w:tcPr>
          <w:p w14:paraId="32A1C300" w14:textId="77777777" w:rsidR="006377C7" w:rsidRDefault="006377C7"/>
        </w:tc>
        <w:tc>
          <w:tcPr>
            <w:tcW w:w="1760" w:type="dxa"/>
            <w:tcMar>
              <w:top w:w="80" w:type="dxa"/>
              <w:left w:w="120" w:type="dxa"/>
              <w:bottom w:w="80" w:type="dxa"/>
              <w:right w:w="120" w:type="dxa"/>
            </w:tcMar>
            <w:vAlign w:val="center"/>
          </w:tcPr>
          <w:p w14:paraId="02C2A29B" w14:textId="77777777" w:rsidR="006377C7" w:rsidRDefault="006377C7"/>
        </w:tc>
      </w:tr>
      <w:tr w:rsidR="006377C7" w14:paraId="6F558E37" w14:textId="77777777">
        <w:tc>
          <w:tcPr>
            <w:tcW w:w="2100" w:type="dxa"/>
            <w:tcMar>
              <w:top w:w="80" w:type="dxa"/>
              <w:left w:w="120" w:type="dxa"/>
              <w:bottom w:w="80" w:type="dxa"/>
              <w:right w:w="120" w:type="dxa"/>
            </w:tcMar>
            <w:vAlign w:val="center"/>
          </w:tcPr>
          <w:p w14:paraId="08668976" w14:textId="77777777" w:rsidR="006377C7" w:rsidRDefault="006377C7">
            <w:pPr>
              <w:jc w:val="center"/>
            </w:pPr>
          </w:p>
        </w:tc>
        <w:tc>
          <w:tcPr>
            <w:tcW w:w="2500" w:type="dxa"/>
            <w:tcMar>
              <w:top w:w="80" w:type="dxa"/>
              <w:left w:w="120" w:type="dxa"/>
              <w:bottom w:w="80" w:type="dxa"/>
              <w:right w:w="120" w:type="dxa"/>
            </w:tcMar>
            <w:vAlign w:val="center"/>
          </w:tcPr>
          <w:p w14:paraId="60B43846" w14:textId="77777777" w:rsidR="006377C7" w:rsidRDefault="006377C7">
            <w:pPr>
              <w:jc w:val="center"/>
            </w:pPr>
          </w:p>
        </w:tc>
        <w:tc>
          <w:tcPr>
            <w:tcW w:w="3000" w:type="dxa"/>
            <w:tcMar>
              <w:top w:w="80" w:type="dxa"/>
              <w:left w:w="120" w:type="dxa"/>
              <w:bottom w:w="80" w:type="dxa"/>
              <w:right w:w="120" w:type="dxa"/>
            </w:tcMar>
            <w:vAlign w:val="center"/>
          </w:tcPr>
          <w:p w14:paraId="7CDFCF69" w14:textId="77777777" w:rsidR="006377C7" w:rsidRDefault="006377C7"/>
        </w:tc>
        <w:tc>
          <w:tcPr>
            <w:tcW w:w="1760" w:type="dxa"/>
            <w:tcMar>
              <w:top w:w="80" w:type="dxa"/>
              <w:left w:w="120" w:type="dxa"/>
              <w:bottom w:w="80" w:type="dxa"/>
              <w:right w:w="120" w:type="dxa"/>
            </w:tcMar>
            <w:vAlign w:val="center"/>
          </w:tcPr>
          <w:p w14:paraId="3124E442" w14:textId="77777777" w:rsidR="006377C7" w:rsidRDefault="006377C7"/>
        </w:tc>
      </w:tr>
      <w:tr w:rsidR="006377C7" w14:paraId="67238463" w14:textId="77777777">
        <w:tc>
          <w:tcPr>
            <w:tcW w:w="2100" w:type="dxa"/>
            <w:tcMar>
              <w:top w:w="80" w:type="dxa"/>
              <w:left w:w="120" w:type="dxa"/>
              <w:bottom w:w="80" w:type="dxa"/>
              <w:right w:w="120" w:type="dxa"/>
            </w:tcMar>
            <w:vAlign w:val="center"/>
          </w:tcPr>
          <w:p w14:paraId="403DD6CE" w14:textId="77777777" w:rsidR="006377C7" w:rsidRDefault="006377C7">
            <w:pPr>
              <w:jc w:val="center"/>
            </w:pPr>
          </w:p>
        </w:tc>
        <w:tc>
          <w:tcPr>
            <w:tcW w:w="2500" w:type="dxa"/>
            <w:tcMar>
              <w:top w:w="80" w:type="dxa"/>
              <w:left w:w="120" w:type="dxa"/>
              <w:bottom w:w="80" w:type="dxa"/>
              <w:right w:w="120" w:type="dxa"/>
            </w:tcMar>
            <w:vAlign w:val="center"/>
          </w:tcPr>
          <w:p w14:paraId="1F667C5F" w14:textId="77777777" w:rsidR="006377C7" w:rsidRDefault="006377C7">
            <w:pPr>
              <w:jc w:val="center"/>
            </w:pPr>
          </w:p>
        </w:tc>
        <w:tc>
          <w:tcPr>
            <w:tcW w:w="3000" w:type="dxa"/>
            <w:tcMar>
              <w:top w:w="80" w:type="dxa"/>
              <w:left w:w="120" w:type="dxa"/>
              <w:bottom w:w="80" w:type="dxa"/>
              <w:right w:w="120" w:type="dxa"/>
            </w:tcMar>
            <w:vAlign w:val="center"/>
          </w:tcPr>
          <w:p w14:paraId="39BE12B1" w14:textId="77777777" w:rsidR="006377C7" w:rsidRDefault="006377C7"/>
        </w:tc>
        <w:tc>
          <w:tcPr>
            <w:tcW w:w="1760" w:type="dxa"/>
            <w:tcMar>
              <w:top w:w="80" w:type="dxa"/>
              <w:left w:w="120" w:type="dxa"/>
              <w:bottom w:w="80" w:type="dxa"/>
              <w:right w:w="120" w:type="dxa"/>
            </w:tcMar>
            <w:vAlign w:val="center"/>
          </w:tcPr>
          <w:p w14:paraId="4BDFE365" w14:textId="77777777" w:rsidR="006377C7" w:rsidRDefault="006377C7"/>
        </w:tc>
      </w:tr>
      <w:tr w:rsidR="006377C7" w14:paraId="125697DD" w14:textId="77777777">
        <w:tc>
          <w:tcPr>
            <w:tcW w:w="2100" w:type="dxa"/>
            <w:tcMar>
              <w:top w:w="80" w:type="dxa"/>
              <w:left w:w="120" w:type="dxa"/>
              <w:bottom w:w="80" w:type="dxa"/>
              <w:right w:w="120" w:type="dxa"/>
            </w:tcMar>
            <w:vAlign w:val="center"/>
          </w:tcPr>
          <w:p w14:paraId="589ABCFB" w14:textId="77777777" w:rsidR="006377C7" w:rsidRDefault="006377C7">
            <w:pPr>
              <w:jc w:val="center"/>
            </w:pPr>
          </w:p>
        </w:tc>
        <w:tc>
          <w:tcPr>
            <w:tcW w:w="2500" w:type="dxa"/>
            <w:tcMar>
              <w:top w:w="80" w:type="dxa"/>
              <w:left w:w="120" w:type="dxa"/>
              <w:bottom w:w="80" w:type="dxa"/>
              <w:right w:w="120" w:type="dxa"/>
            </w:tcMar>
            <w:vAlign w:val="center"/>
          </w:tcPr>
          <w:p w14:paraId="4350BC0E" w14:textId="77777777" w:rsidR="006377C7" w:rsidRDefault="006377C7">
            <w:pPr>
              <w:jc w:val="center"/>
            </w:pPr>
          </w:p>
        </w:tc>
        <w:tc>
          <w:tcPr>
            <w:tcW w:w="3000" w:type="dxa"/>
            <w:tcMar>
              <w:top w:w="80" w:type="dxa"/>
              <w:left w:w="120" w:type="dxa"/>
              <w:bottom w:w="80" w:type="dxa"/>
              <w:right w:w="120" w:type="dxa"/>
            </w:tcMar>
            <w:vAlign w:val="center"/>
          </w:tcPr>
          <w:p w14:paraId="0B4B3AE2" w14:textId="77777777" w:rsidR="006377C7" w:rsidRDefault="006377C7"/>
        </w:tc>
        <w:tc>
          <w:tcPr>
            <w:tcW w:w="1760" w:type="dxa"/>
            <w:tcMar>
              <w:top w:w="80" w:type="dxa"/>
              <w:left w:w="120" w:type="dxa"/>
              <w:bottom w:w="80" w:type="dxa"/>
              <w:right w:w="120" w:type="dxa"/>
            </w:tcMar>
            <w:vAlign w:val="center"/>
          </w:tcPr>
          <w:p w14:paraId="601EA2C0" w14:textId="77777777" w:rsidR="006377C7" w:rsidRDefault="006377C7"/>
        </w:tc>
      </w:tr>
    </w:tbl>
    <w:p w14:paraId="1F0CB348" w14:textId="77777777" w:rsidR="006377C7" w:rsidRDefault="006377C7">
      <w:pPr>
        <w:spacing w:after="40"/>
      </w:pPr>
    </w:p>
    <w:p w14:paraId="45469B43" w14:textId="77777777" w:rsidR="006377C7" w:rsidRDefault="00356C21">
      <w:pPr>
        <w:pStyle w:val="Heading2"/>
      </w:pPr>
      <w:r>
        <w:t>Information Quality Checks</w:t>
      </w:r>
    </w:p>
    <w:p w14:paraId="40BF2578" w14:textId="77777777" w:rsidR="006377C7" w:rsidRDefault="00356C21">
      <w:pPr>
        <w:pStyle w:val="ListBullet"/>
      </w:pPr>
      <w:proofErr w:type="gramStart"/>
      <w:r>
        <w:t>[ ]</w:t>
      </w:r>
      <w:proofErr w:type="gramEnd"/>
      <w:r>
        <w:t xml:space="preserve"> Required information is known before work begins.</w:t>
      </w:r>
    </w:p>
    <w:p w14:paraId="000D350E" w14:textId="77777777" w:rsidR="006377C7" w:rsidRDefault="00356C21">
      <w:pPr>
        <w:pStyle w:val="ListBullet"/>
      </w:pPr>
      <w:proofErr w:type="gramStart"/>
      <w:r>
        <w:t>[ ]</w:t>
      </w:r>
      <w:proofErr w:type="gramEnd"/>
      <w:r>
        <w:t xml:space="preserve"> The source of truth is clear for each important field or record.</w:t>
      </w:r>
    </w:p>
    <w:p w14:paraId="15B90001" w14:textId="77777777" w:rsidR="006377C7" w:rsidRDefault="00356C21">
      <w:pPr>
        <w:pStyle w:val="ListBullet"/>
      </w:pPr>
      <w:proofErr w:type="gramStart"/>
      <w:r>
        <w:t>[ ]</w:t>
      </w:r>
      <w:proofErr w:type="gramEnd"/>
      <w:r>
        <w:t xml:space="preserve"> Users know what to do when information conflicts.</w:t>
      </w:r>
    </w:p>
    <w:p w14:paraId="7541D664" w14:textId="77777777" w:rsidR="006377C7" w:rsidRDefault="00356C21">
      <w:pPr>
        <w:pStyle w:val="ListBullet"/>
      </w:pPr>
      <w:proofErr w:type="gramStart"/>
      <w:r>
        <w:t>[ ]</w:t>
      </w:r>
      <w:proofErr w:type="gramEnd"/>
      <w:r>
        <w:t xml:space="preserve"> The workflow prevents incomplete or incorrect information from moving forward.</w:t>
      </w:r>
    </w:p>
    <w:p w14:paraId="79CAB261" w14:textId="77777777" w:rsidR="006377C7" w:rsidRDefault="00356C21">
      <w:pPr>
        <w:pStyle w:val="ListBullet"/>
      </w:pPr>
      <w:proofErr w:type="gramStart"/>
      <w:r>
        <w:t>[ ]</w:t>
      </w:r>
      <w:proofErr w:type="gramEnd"/>
      <w:r>
        <w:t xml:space="preserve"> Supporting context is visible to the person making the decision.</w:t>
      </w:r>
    </w:p>
    <w:p w14:paraId="702A2B32" w14:textId="77777777" w:rsidR="006377C7" w:rsidRDefault="00356C21">
      <w:r>
        <w:br w:type="page"/>
      </w:r>
    </w:p>
    <w:p w14:paraId="1CC81607" w14:textId="77777777" w:rsidR="006377C7" w:rsidRDefault="00356C21">
      <w:pPr>
        <w:pStyle w:val="Heading1"/>
      </w:pPr>
      <w:r>
        <w:lastRenderedPageBreak/>
        <w:t>4. Break the Workflow into Major Steps</w:t>
      </w:r>
    </w:p>
    <w:p w14:paraId="4301BD92" w14:textId="77777777" w:rsidR="006377C7" w:rsidRDefault="00356C21">
      <w:r>
        <w:t>List the major steps in the order they usually happen. Do not force the workflow into a straight line if it branches, loops back, or pauses for review.</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680"/>
        <w:gridCol w:w="3400"/>
        <w:gridCol w:w="1500"/>
        <w:gridCol w:w="1900"/>
        <w:gridCol w:w="1880"/>
      </w:tblGrid>
      <w:tr w:rsidR="006377C7" w14:paraId="737F25CE" w14:textId="77777777">
        <w:tc>
          <w:tcPr>
            <w:tcW w:w="680" w:type="dxa"/>
            <w:shd w:val="clear" w:color="auto" w:fill="DDEAF0"/>
            <w:tcMar>
              <w:top w:w="80" w:type="dxa"/>
              <w:left w:w="120" w:type="dxa"/>
              <w:bottom w:w="80" w:type="dxa"/>
              <w:right w:w="120" w:type="dxa"/>
            </w:tcMar>
            <w:vAlign w:val="center"/>
          </w:tcPr>
          <w:p w14:paraId="34D25844" w14:textId="77777777" w:rsidR="006377C7" w:rsidRDefault="00356C21">
            <w:pPr>
              <w:jc w:val="center"/>
            </w:pPr>
            <w:r>
              <w:rPr>
                <w:b/>
                <w:color w:val="04154E"/>
                <w:sz w:val="17"/>
              </w:rPr>
              <w:t>Step</w:t>
            </w:r>
          </w:p>
        </w:tc>
        <w:tc>
          <w:tcPr>
            <w:tcW w:w="3400" w:type="dxa"/>
            <w:shd w:val="clear" w:color="auto" w:fill="DDEAF0"/>
            <w:tcMar>
              <w:top w:w="80" w:type="dxa"/>
              <w:left w:w="120" w:type="dxa"/>
              <w:bottom w:w="80" w:type="dxa"/>
              <w:right w:w="120" w:type="dxa"/>
            </w:tcMar>
            <w:vAlign w:val="center"/>
          </w:tcPr>
          <w:p w14:paraId="0490F476" w14:textId="77777777" w:rsidR="006377C7" w:rsidRDefault="00356C21">
            <w:pPr>
              <w:jc w:val="center"/>
            </w:pPr>
            <w:r>
              <w:rPr>
                <w:b/>
                <w:color w:val="04154E"/>
                <w:sz w:val="17"/>
              </w:rPr>
              <w:t>What happens?</w:t>
            </w:r>
          </w:p>
        </w:tc>
        <w:tc>
          <w:tcPr>
            <w:tcW w:w="1500" w:type="dxa"/>
            <w:shd w:val="clear" w:color="auto" w:fill="DDEAF0"/>
            <w:tcMar>
              <w:top w:w="80" w:type="dxa"/>
              <w:left w:w="120" w:type="dxa"/>
              <w:bottom w:w="80" w:type="dxa"/>
              <w:right w:w="120" w:type="dxa"/>
            </w:tcMar>
            <w:vAlign w:val="center"/>
          </w:tcPr>
          <w:p w14:paraId="47FEF87B" w14:textId="77777777" w:rsidR="006377C7" w:rsidRDefault="00356C21">
            <w:pPr>
              <w:jc w:val="center"/>
            </w:pPr>
            <w:r>
              <w:rPr>
                <w:b/>
                <w:color w:val="04154E"/>
                <w:sz w:val="17"/>
              </w:rPr>
              <w:t>Owner</w:t>
            </w:r>
          </w:p>
        </w:tc>
        <w:tc>
          <w:tcPr>
            <w:tcW w:w="1900" w:type="dxa"/>
            <w:shd w:val="clear" w:color="auto" w:fill="DDEAF0"/>
            <w:tcMar>
              <w:top w:w="80" w:type="dxa"/>
              <w:left w:w="120" w:type="dxa"/>
              <w:bottom w:w="80" w:type="dxa"/>
              <w:right w:w="120" w:type="dxa"/>
            </w:tcMar>
            <w:vAlign w:val="center"/>
          </w:tcPr>
          <w:p w14:paraId="1B8F6792" w14:textId="77777777" w:rsidR="006377C7" w:rsidRDefault="00356C21">
            <w:pPr>
              <w:jc w:val="center"/>
            </w:pPr>
            <w:r>
              <w:rPr>
                <w:b/>
                <w:color w:val="04154E"/>
                <w:sz w:val="17"/>
              </w:rPr>
              <w:t>System or source</w:t>
            </w:r>
          </w:p>
        </w:tc>
        <w:tc>
          <w:tcPr>
            <w:tcW w:w="1880" w:type="dxa"/>
            <w:shd w:val="clear" w:color="auto" w:fill="DDEAF0"/>
            <w:tcMar>
              <w:top w:w="80" w:type="dxa"/>
              <w:left w:w="120" w:type="dxa"/>
              <w:bottom w:w="80" w:type="dxa"/>
              <w:right w:w="120" w:type="dxa"/>
            </w:tcMar>
            <w:vAlign w:val="center"/>
          </w:tcPr>
          <w:p w14:paraId="6784FA31" w14:textId="77777777" w:rsidR="006377C7" w:rsidRDefault="00356C21">
            <w:pPr>
              <w:jc w:val="center"/>
            </w:pPr>
            <w:r>
              <w:rPr>
                <w:b/>
                <w:color w:val="04154E"/>
                <w:sz w:val="17"/>
              </w:rPr>
              <w:t>Output</w:t>
            </w:r>
          </w:p>
        </w:tc>
      </w:tr>
      <w:tr w:rsidR="006377C7" w14:paraId="07E7E8A3" w14:textId="77777777">
        <w:tc>
          <w:tcPr>
            <w:tcW w:w="680" w:type="dxa"/>
            <w:tcMar>
              <w:top w:w="80" w:type="dxa"/>
              <w:left w:w="120" w:type="dxa"/>
              <w:bottom w:w="80" w:type="dxa"/>
              <w:right w:w="120" w:type="dxa"/>
            </w:tcMar>
            <w:vAlign w:val="center"/>
          </w:tcPr>
          <w:p w14:paraId="6FDA4146" w14:textId="77777777" w:rsidR="006377C7" w:rsidRDefault="00356C21">
            <w:pPr>
              <w:jc w:val="center"/>
            </w:pPr>
            <w:r>
              <w:rPr>
                <w:sz w:val="17"/>
              </w:rPr>
              <w:t>1</w:t>
            </w:r>
          </w:p>
        </w:tc>
        <w:tc>
          <w:tcPr>
            <w:tcW w:w="3400" w:type="dxa"/>
            <w:tcMar>
              <w:top w:w="80" w:type="dxa"/>
              <w:left w:w="120" w:type="dxa"/>
              <w:bottom w:w="80" w:type="dxa"/>
              <w:right w:w="120" w:type="dxa"/>
            </w:tcMar>
            <w:vAlign w:val="center"/>
          </w:tcPr>
          <w:p w14:paraId="23071AEF" w14:textId="77777777" w:rsidR="006377C7" w:rsidRDefault="006377C7">
            <w:pPr>
              <w:jc w:val="center"/>
            </w:pPr>
          </w:p>
        </w:tc>
        <w:tc>
          <w:tcPr>
            <w:tcW w:w="1500" w:type="dxa"/>
            <w:tcMar>
              <w:top w:w="80" w:type="dxa"/>
              <w:left w:w="120" w:type="dxa"/>
              <w:bottom w:w="80" w:type="dxa"/>
              <w:right w:w="120" w:type="dxa"/>
            </w:tcMar>
            <w:vAlign w:val="center"/>
          </w:tcPr>
          <w:p w14:paraId="62A10A14" w14:textId="77777777" w:rsidR="006377C7" w:rsidRDefault="006377C7"/>
        </w:tc>
        <w:tc>
          <w:tcPr>
            <w:tcW w:w="1900" w:type="dxa"/>
            <w:tcMar>
              <w:top w:w="80" w:type="dxa"/>
              <w:left w:w="120" w:type="dxa"/>
              <w:bottom w:w="80" w:type="dxa"/>
              <w:right w:w="120" w:type="dxa"/>
            </w:tcMar>
            <w:vAlign w:val="center"/>
          </w:tcPr>
          <w:p w14:paraId="570C9780" w14:textId="77777777" w:rsidR="006377C7" w:rsidRDefault="006377C7"/>
        </w:tc>
        <w:tc>
          <w:tcPr>
            <w:tcW w:w="1880" w:type="dxa"/>
            <w:tcMar>
              <w:top w:w="80" w:type="dxa"/>
              <w:left w:w="120" w:type="dxa"/>
              <w:bottom w:w="80" w:type="dxa"/>
              <w:right w:w="120" w:type="dxa"/>
            </w:tcMar>
            <w:vAlign w:val="center"/>
          </w:tcPr>
          <w:p w14:paraId="191CFB78" w14:textId="77777777" w:rsidR="006377C7" w:rsidRDefault="006377C7"/>
        </w:tc>
      </w:tr>
      <w:tr w:rsidR="006377C7" w14:paraId="59B9563F" w14:textId="77777777">
        <w:tc>
          <w:tcPr>
            <w:tcW w:w="680" w:type="dxa"/>
            <w:tcMar>
              <w:top w:w="80" w:type="dxa"/>
              <w:left w:w="120" w:type="dxa"/>
              <w:bottom w:w="80" w:type="dxa"/>
              <w:right w:w="120" w:type="dxa"/>
            </w:tcMar>
            <w:vAlign w:val="center"/>
          </w:tcPr>
          <w:p w14:paraId="66D477F9" w14:textId="77777777" w:rsidR="006377C7" w:rsidRDefault="00356C21">
            <w:pPr>
              <w:jc w:val="center"/>
            </w:pPr>
            <w:r>
              <w:rPr>
                <w:sz w:val="17"/>
              </w:rPr>
              <w:t>2</w:t>
            </w:r>
          </w:p>
        </w:tc>
        <w:tc>
          <w:tcPr>
            <w:tcW w:w="3400" w:type="dxa"/>
            <w:tcMar>
              <w:top w:w="80" w:type="dxa"/>
              <w:left w:w="120" w:type="dxa"/>
              <w:bottom w:w="80" w:type="dxa"/>
              <w:right w:w="120" w:type="dxa"/>
            </w:tcMar>
            <w:vAlign w:val="center"/>
          </w:tcPr>
          <w:p w14:paraId="000B8598" w14:textId="77777777" w:rsidR="006377C7" w:rsidRDefault="006377C7">
            <w:pPr>
              <w:jc w:val="center"/>
            </w:pPr>
          </w:p>
        </w:tc>
        <w:tc>
          <w:tcPr>
            <w:tcW w:w="1500" w:type="dxa"/>
            <w:tcMar>
              <w:top w:w="80" w:type="dxa"/>
              <w:left w:w="120" w:type="dxa"/>
              <w:bottom w:w="80" w:type="dxa"/>
              <w:right w:w="120" w:type="dxa"/>
            </w:tcMar>
            <w:vAlign w:val="center"/>
          </w:tcPr>
          <w:p w14:paraId="5510CE8A" w14:textId="77777777" w:rsidR="006377C7" w:rsidRDefault="006377C7"/>
        </w:tc>
        <w:tc>
          <w:tcPr>
            <w:tcW w:w="1900" w:type="dxa"/>
            <w:tcMar>
              <w:top w:w="80" w:type="dxa"/>
              <w:left w:w="120" w:type="dxa"/>
              <w:bottom w:w="80" w:type="dxa"/>
              <w:right w:w="120" w:type="dxa"/>
            </w:tcMar>
            <w:vAlign w:val="center"/>
          </w:tcPr>
          <w:p w14:paraId="00D0786D" w14:textId="77777777" w:rsidR="006377C7" w:rsidRDefault="006377C7"/>
        </w:tc>
        <w:tc>
          <w:tcPr>
            <w:tcW w:w="1880" w:type="dxa"/>
            <w:tcMar>
              <w:top w:w="80" w:type="dxa"/>
              <w:left w:w="120" w:type="dxa"/>
              <w:bottom w:w="80" w:type="dxa"/>
              <w:right w:w="120" w:type="dxa"/>
            </w:tcMar>
            <w:vAlign w:val="center"/>
          </w:tcPr>
          <w:p w14:paraId="58A8AB1D" w14:textId="77777777" w:rsidR="006377C7" w:rsidRDefault="006377C7"/>
        </w:tc>
      </w:tr>
      <w:tr w:rsidR="006377C7" w14:paraId="4D4CC158" w14:textId="77777777">
        <w:tc>
          <w:tcPr>
            <w:tcW w:w="680" w:type="dxa"/>
            <w:tcMar>
              <w:top w:w="80" w:type="dxa"/>
              <w:left w:w="120" w:type="dxa"/>
              <w:bottom w:w="80" w:type="dxa"/>
              <w:right w:w="120" w:type="dxa"/>
            </w:tcMar>
            <w:vAlign w:val="center"/>
          </w:tcPr>
          <w:p w14:paraId="362E849B" w14:textId="77777777" w:rsidR="006377C7" w:rsidRDefault="00356C21">
            <w:pPr>
              <w:jc w:val="center"/>
            </w:pPr>
            <w:r>
              <w:rPr>
                <w:sz w:val="17"/>
              </w:rPr>
              <w:t>3</w:t>
            </w:r>
          </w:p>
        </w:tc>
        <w:tc>
          <w:tcPr>
            <w:tcW w:w="3400" w:type="dxa"/>
            <w:tcMar>
              <w:top w:w="80" w:type="dxa"/>
              <w:left w:w="120" w:type="dxa"/>
              <w:bottom w:w="80" w:type="dxa"/>
              <w:right w:w="120" w:type="dxa"/>
            </w:tcMar>
            <w:vAlign w:val="center"/>
          </w:tcPr>
          <w:p w14:paraId="31A2005B" w14:textId="77777777" w:rsidR="006377C7" w:rsidRDefault="006377C7">
            <w:pPr>
              <w:jc w:val="center"/>
            </w:pPr>
          </w:p>
        </w:tc>
        <w:tc>
          <w:tcPr>
            <w:tcW w:w="1500" w:type="dxa"/>
            <w:tcMar>
              <w:top w:w="80" w:type="dxa"/>
              <w:left w:w="120" w:type="dxa"/>
              <w:bottom w:w="80" w:type="dxa"/>
              <w:right w:w="120" w:type="dxa"/>
            </w:tcMar>
            <w:vAlign w:val="center"/>
          </w:tcPr>
          <w:p w14:paraId="2EF478EE" w14:textId="77777777" w:rsidR="006377C7" w:rsidRDefault="006377C7"/>
        </w:tc>
        <w:tc>
          <w:tcPr>
            <w:tcW w:w="1900" w:type="dxa"/>
            <w:tcMar>
              <w:top w:w="80" w:type="dxa"/>
              <w:left w:w="120" w:type="dxa"/>
              <w:bottom w:w="80" w:type="dxa"/>
              <w:right w:w="120" w:type="dxa"/>
            </w:tcMar>
            <w:vAlign w:val="center"/>
          </w:tcPr>
          <w:p w14:paraId="73CFFC14" w14:textId="77777777" w:rsidR="006377C7" w:rsidRDefault="006377C7"/>
        </w:tc>
        <w:tc>
          <w:tcPr>
            <w:tcW w:w="1880" w:type="dxa"/>
            <w:tcMar>
              <w:top w:w="80" w:type="dxa"/>
              <w:left w:w="120" w:type="dxa"/>
              <w:bottom w:w="80" w:type="dxa"/>
              <w:right w:w="120" w:type="dxa"/>
            </w:tcMar>
            <w:vAlign w:val="center"/>
          </w:tcPr>
          <w:p w14:paraId="0D067F42" w14:textId="77777777" w:rsidR="006377C7" w:rsidRDefault="006377C7"/>
        </w:tc>
      </w:tr>
      <w:tr w:rsidR="006377C7" w14:paraId="19888BC9" w14:textId="77777777">
        <w:tc>
          <w:tcPr>
            <w:tcW w:w="680" w:type="dxa"/>
            <w:tcMar>
              <w:top w:w="80" w:type="dxa"/>
              <w:left w:w="120" w:type="dxa"/>
              <w:bottom w:w="80" w:type="dxa"/>
              <w:right w:w="120" w:type="dxa"/>
            </w:tcMar>
            <w:vAlign w:val="center"/>
          </w:tcPr>
          <w:p w14:paraId="14A239EB" w14:textId="77777777" w:rsidR="006377C7" w:rsidRDefault="00356C21">
            <w:pPr>
              <w:jc w:val="center"/>
            </w:pPr>
            <w:r>
              <w:rPr>
                <w:sz w:val="17"/>
              </w:rPr>
              <w:t>4</w:t>
            </w:r>
          </w:p>
        </w:tc>
        <w:tc>
          <w:tcPr>
            <w:tcW w:w="3400" w:type="dxa"/>
            <w:tcMar>
              <w:top w:w="80" w:type="dxa"/>
              <w:left w:w="120" w:type="dxa"/>
              <w:bottom w:w="80" w:type="dxa"/>
              <w:right w:w="120" w:type="dxa"/>
            </w:tcMar>
            <w:vAlign w:val="center"/>
          </w:tcPr>
          <w:p w14:paraId="2E94A3E5" w14:textId="77777777" w:rsidR="006377C7" w:rsidRDefault="006377C7">
            <w:pPr>
              <w:jc w:val="center"/>
            </w:pPr>
          </w:p>
        </w:tc>
        <w:tc>
          <w:tcPr>
            <w:tcW w:w="1500" w:type="dxa"/>
            <w:tcMar>
              <w:top w:w="80" w:type="dxa"/>
              <w:left w:w="120" w:type="dxa"/>
              <w:bottom w:w="80" w:type="dxa"/>
              <w:right w:w="120" w:type="dxa"/>
            </w:tcMar>
            <w:vAlign w:val="center"/>
          </w:tcPr>
          <w:p w14:paraId="17605286" w14:textId="77777777" w:rsidR="006377C7" w:rsidRDefault="006377C7"/>
        </w:tc>
        <w:tc>
          <w:tcPr>
            <w:tcW w:w="1900" w:type="dxa"/>
            <w:tcMar>
              <w:top w:w="80" w:type="dxa"/>
              <w:left w:w="120" w:type="dxa"/>
              <w:bottom w:w="80" w:type="dxa"/>
              <w:right w:w="120" w:type="dxa"/>
            </w:tcMar>
            <w:vAlign w:val="center"/>
          </w:tcPr>
          <w:p w14:paraId="654A9959" w14:textId="77777777" w:rsidR="006377C7" w:rsidRDefault="006377C7"/>
        </w:tc>
        <w:tc>
          <w:tcPr>
            <w:tcW w:w="1880" w:type="dxa"/>
            <w:tcMar>
              <w:top w:w="80" w:type="dxa"/>
              <w:left w:w="120" w:type="dxa"/>
              <w:bottom w:w="80" w:type="dxa"/>
              <w:right w:w="120" w:type="dxa"/>
            </w:tcMar>
            <w:vAlign w:val="center"/>
          </w:tcPr>
          <w:p w14:paraId="79E9CDC9" w14:textId="77777777" w:rsidR="006377C7" w:rsidRDefault="006377C7"/>
        </w:tc>
      </w:tr>
      <w:tr w:rsidR="006377C7" w14:paraId="206C9ED2" w14:textId="77777777">
        <w:tc>
          <w:tcPr>
            <w:tcW w:w="680" w:type="dxa"/>
            <w:tcMar>
              <w:top w:w="80" w:type="dxa"/>
              <w:left w:w="120" w:type="dxa"/>
              <w:bottom w:w="80" w:type="dxa"/>
              <w:right w:w="120" w:type="dxa"/>
            </w:tcMar>
            <w:vAlign w:val="center"/>
          </w:tcPr>
          <w:p w14:paraId="266769EC" w14:textId="77777777" w:rsidR="006377C7" w:rsidRDefault="00356C21">
            <w:pPr>
              <w:jc w:val="center"/>
            </w:pPr>
            <w:r>
              <w:rPr>
                <w:sz w:val="17"/>
              </w:rPr>
              <w:t>5</w:t>
            </w:r>
          </w:p>
        </w:tc>
        <w:tc>
          <w:tcPr>
            <w:tcW w:w="3400" w:type="dxa"/>
            <w:tcMar>
              <w:top w:w="80" w:type="dxa"/>
              <w:left w:w="120" w:type="dxa"/>
              <w:bottom w:w="80" w:type="dxa"/>
              <w:right w:w="120" w:type="dxa"/>
            </w:tcMar>
            <w:vAlign w:val="center"/>
          </w:tcPr>
          <w:p w14:paraId="68575CA5" w14:textId="77777777" w:rsidR="006377C7" w:rsidRDefault="006377C7">
            <w:pPr>
              <w:jc w:val="center"/>
            </w:pPr>
          </w:p>
        </w:tc>
        <w:tc>
          <w:tcPr>
            <w:tcW w:w="1500" w:type="dxa"/>
            <w:tcMar>
              <w:top w:w="80" w:type="dxa"/>
              <w:left w:w="120" w:type="dxa"/>
              <w:bottom w:w="80" w:type="dxa"/>
              <w:right w:w="120" w:type="dxa"/>
            </w:tcMar>
            <w:vAlign w:val="center"/>
          </w:tcPr>
          <w:p w14:paraId="7A8A24F1" w14:textId="77777777" w:rsidR="006377C7" w:rsidRDefault="006377C7"/>
        </w:tc>
        <w:tc>
          <w:tcPr>
            <w:tcW w:w="1900" w:type="dxa"/>
            <w:tcMar>
              <w:top w:w="80" w:type="dxa"/>
              <w:left w:w="120" w:type="dxa"/>
              <w:bottom w:w="80" w:type="dxa"/>
              <w:right w:w="120" w:type="dxa"/>
            </w:tcMar>
            <w:vAlign w:val="center"/>
          </w:tcPr>
          <w:p w14:paraId="20B82D2F" w14:textId="77777777" w:rsidR="006377C7" w:rsidRDefault="006377C7"/>
        </w:tc>
        <w:tc>
          <w:tcPr>
            <w:tcW w:w="1880" w:type="dxa"/>
            <w:tcMar>
              <w:top w:w="80" w:type="dxa"/>
              <w:left w:w="120" w:type="dxa"/>
              <w:bottom w:w="80" w:type="dxa"/>
              <w:right w:w="120" w:type="dxa"/>
            </w:tcMar>
            <w:vAlign w:val="center"/>
          </w:tcPr>
          <w:p w14:paraId="54AA32D3" w14:textId="77777777" w:rsidR="006377C7" w:rsidRDefault="006377C7"/>
        </w:tc>
      </w:tr>
      <w:tr w:rsidR="006377C7" w14:paraId="1D637B6B" w14:textId="77777777">
        <w:tc>
          <w:tcPr>
            <w:tcW w:w="680" w:type="dxa"/>
            <w:tcMar>
              <w:top w:w="80" w:type="dxa"/>
              <w:left w:w="120" w:type="dxa"/>
              <w:bottom w:w="80" w:type="dxa"/>
              <w:right w:w="120" w:type="dxa"/>
            </w:tcMar>
            <w:vAlign w:val="center"/>
          </w:tcPr>
          <w:p w14:paraId="0215B3C9" w14:textId="77777777" w:rsidR="006377C7" w:rsidRDefault="00356C21">
            <w:pPr>
              <w:jc w:val="center"/>
            </w:pPr>
            <w:r>
              <w:rPr>
                <w:sz w:val="17"/>
              </w:rPr>
              <w:t>6</w:t>
            </w:r>
          </w:p>
        </w:tc>
        <w:tc>
          <w:tcPr>
            <w:tcW w:w="3400" w:type="dxa"/>
            <w:tcMar>
              <w:top w:w="80" w:type="dxa"/>
              <w:left w:w="120" w:type="dxa"/>
              <w:bottom w:w="80" w:type="dxa"/>
              <w:right w:w="120" w:type="dxa"/>
            </w:tcMar>
            <w:vAlign w:val="center"/>
          </w:tcPr>
          <w:p w14:paraId="159EE32A" w14:textId="77777777" w:rsidR="006377C7" w:rsidRDefault="006377C7">
            <w:pPr>
              <w:jc w:val="center"/>
            </w:pPr>
          </w:p>
        </w:tc>
        <w:tc>
          <w:tcPr>
            <w:tcW w:w="1500" w:type="dxa"/>
            <w:tcMar>
              <w:top w:w="80" w:type="dxa"/>
              <w:left w:w="120" w:type="dxa"/>
              <w:bottom w:w="80" w:type="dxa"/>
              <w:right w:w="120" w:type="dxa"/>
            </w:tcMar>
            <w:vAlign w:val="center"/>
          </w:tcPr>
          <w:p w14:paraId="0B7D7E22" w14:textId="77777777" w:rsidR="006377C7" w:rsidRDefault="006377C7"/>
        </w:tc>
        <w:tc>
          <w:tcPr>
            <w:tcW w:w="1900" w:type="dxa"/>
            <w:tcMar>
              <w:top w:w="80" w:type="dxa"/>
              <w:left w:w="120" w:type="dxa"/>
              <w:bottom w:w="80" w:type="dxa"/>
              <w:right w:w="120" w:type="dxa"/>
            </w:tcMar>
            <w:vAlign w:val="center"/>
          </w:tcPr>
          <w:p w14:paraId="685C877C" w14:textId="77777777" w:rsidR="006377C7" w:rsidRDefault="006377C7"/>
        </w:tc>
        <w:tc>
          <w:tcPr>
            <w:tcW w:w="1880" w:type="dxa"/>
            <w:tcMar>
              <w:top w:w="80" w:type="dxa"/>
              <w:left w:w="120" w:type="dxa"/>
              <w:bottom w:w="80" w:type="dxa"/>
              <w:right w:w="120" w:type="dxa"/>
            </w:tcMar>
            <w:vAlign w:val="center"/>
          </w:tcPr>
          <w:p w14:paraId="40C69589" w14:textId="77777777" w:rsidR="006377C7" w:rsidRDefault="006377C7"/>
        </w:tc>
      </w:tr>
      <w:tr w:rsidR="006377C7" w14:paraId="67ED7ACD" w14:textId="77777777">
        <w:tc>
          <w:tcPr>
            <w:tcW w:w="680" w:type="dxa"/>
            <w:tcMar>
              <w:top w:w="80" w:type="dxa"/>
              <w:left w:w="120" w:type="dxa"/>
              <w:bottom w:w="80" w:type="dxa"/>
              <w:right w:w="120" w:type="dxa"/>
            </w:tcMar>
            <w:vAlign w:val="center"/>
          </w:tcPr>
          <w:p w14:paraId="0C8278C3" w14:textId="77777777" w:rsidR="006377C7" w:rsidRDefault="00356C21">
            <w:pPr>
              <w:jc w:val="center"/>
            </w:pPr>
            <w:r>
              <w:rPr>
                <w:sz w:val="17"/>
              </w:rPr>
              <w:t>7</w:t>
            </w:r>
          </w:p>
        </w:tc>
        <w:tc>
          <w:tcPr>
            <w:tcW w:w="3400" w:type="dxa"/>
            <w:tcMar>
              <w:top w:w="80" w:type="dxa"/>
              <w:left w:w="120" w:type="dxa"/>
              <w:bottom w:w="80" w:type="dxa"/>
              <w:right w:w="120" w:type="dxa"/>
            </w:tcMar>
            <w:vAlign w:val="center"/>
          </w:tcPr>
          <w:p w14:paraId="045F8FDC" w14:textId="77777777" w:rsidR="006377C7" w:rsidRDefault="006377C7">
            <w:pPr>
              <w:jc w:val="center"/>
            </w:pPr>
          </w:p>
        </w:tc>
        <w:tc>
          <w:tcPr>
            <w:tcW w:w="1500" w:type="dxa"/>
            <w:tcMar>
              <w:top w:w="80" w:type="dxa"/>
              <w:left w:w="120" w:type="dxa"/>
              <w:bottom w:w="80" w:type="dxa"/>
              <w:right w:w="120" w:type="dxa"/>
            </w:tcMar>
            <w:vAlign w:val="center"/>
          </w:tcPr>
          <w:p w14:paraId="611E952E" w14:textId="77777777" w:rsidR="006377C7" w:rsidRDefault="006377C7"/>
        </w:tc>
        <w:tc>
          <w:tcPr>
            <w:tcW w:w="1900" w:type="dxa"/>
            <w:tcMar>
              <w:top w:w="80" w:type="dxa"/>
              <w:left w:w="120" w:type="dxa"/>
              <w:bottom w:w="80" w:type="dxa"/>
              <w:right w:w="120" w:type="dxa"/>
            </w:tcMar>
            <w:vAlign w:val="center"/>
          </w:tcPr>
          <w:p w14:paraId="6D4DF0A2" w14:textId="77777777" w:rsidR="006377C7" w:rsidRDefault="006377C7"/>
        </w:tc>
        <w:tc>
          <w:tcPr>
            <w:tcW w:w="1880" w:type="dxa"/>
            <w:tcMar>
              <w:top w:w="80" w:type="dxa"/>
              <w:left w:w="120" w:type="dxa"/>
              <w:bottom w:w="80" w:type="dxa"/>
              <w:right w:w="120" w:type="dxa"/>
            </w:tcMar>
            <w:vAlign w:val="center"/>
          </w:tcPr>
          <w:p w14:paraId="62155868" w14:textId="77777777" w:rsidR="006377C7" w:rsidRDefault="006377C7"/>
        </w:tc>
      </w:tr>
      <w:tr w:rsidR="006377C7" w14:paraId="54915E2F" w14:textId="77777777">
        <w:tc>
          <w:tcPr>
            <w:tcW w:w="680" w:type="dxa"/>
            <w:tcMar>
              <w:top w:w="80" w:type="dxa"/>
              <w:left w:w="120" w:type="dxa"/>
              <w:bottom w:w="80" w:type="dxa"/>
              <w:right w:w="120" w:type="dxa"/>
            </w:tcMar>
            <w:vAlign w:val="center"/>
          </w:tcPr>
          <w:p w14:paraId="1C8CEF54" w14:textId="77777777" w:rsidR="006377C7" w:rsidRDefault="00356C21">
            <w:pPr>
              <w:jc w:val="center"/>
            </w:pPr>
            <w:r>
              <w:rPr>
                <w:sz w:val="17"/>
              </w:rPr>
              <w:t>8</w:t>
            </w:r>
          </w:p>
        </w:tc>
        <w:tc>
          <w:tcPr>
            <w:tcW w:w="3400" w:type="dxa"/>
            <w:tcMar>
              <w:top w:w="80" w:type="dxa"/>
              <w:left w:w="120" w:type="dxa"/>
              <w:bottom w:w="80" w:type="dxa"/>
              <w:right w:w="120" w:type="dxa"/>
            </w:tcMar>
            <w:vAlign w:val="center"/>
          </w:tcPr>
          <w:p w14:paraId="65C62FB9" w14:textId="77777777" w:rsidR="006377C7" w:rsidRDefault="006377C7">
            <w:pPr>
              <w:jc w:val="center"/>
            </w:pPr>
          </w:p>
        </w:tc>
        <w:tc>
          <w:tcPr>
            <w:tcW w:w="1500" w:type="dxa"/>
            <w:tcMar>
              <w:top w:w="80" w:type="dxa"/>
              <w:left w:w="120" w:type="dxa"/>
              <w:bottom w:w="80" w:type="dxa"/>
              <w:right w:w="120" w:type="dxa"/>
            </w:tcMar>
            <w:vAlign w:val="center"/>
          </w:tcPr>
          <w:p w14:paraId="7F21AD9C" w14:textId="77777777" w:rsidR="006377C7" w:rsidRDefault="006377C7"/>
        </w:tc>
        <w:tc>
          <w:tcPr>
            <w:tcW w:w="1900" w:type="dxa"/>
            <w:tcMar>
              <w:top w:w="80" w:type="dxa"/>
              <w:left w:w="120" w:type="dxa"/>
              <w:bottom w:w="80" w:type="dxa"/>
              <w:right w:w="120" w:type="dxa"/>
            </w:tcMar>
            <w:vAlign w:val="center"/>
          </w:tcPr>
          <w:p w14:paraId="4A0E3EF8" w14:textId="77777777" w:rsidR="006377C7" w:rsidRDefault="006377C7"/>
        </w:tc>
        <w:tc>
          <w:tcPr>
            <w:tcW w:w="1880" w:type="dxa"/>
            <w:tcMar>
              <w:top w:w="80" w:type="dxa"/>
              <w:left w:w="120" w:type="dxa"/>
              <w:bottom w:w="80" w:type="dxa"/>
              <w:right w:w="120" w:type="dxa"/>
            </w:tcMar>
            <w:vAlign w:val="center"/>
          </w:tcPr>
          <w:p w14:paraId="1F928F54" w14:textId="77777777" w:rsidR="006377C7" w:rsidRDefault="006377C7"/>
        </w:tc>
      </w:tr>
    </w:tbl>
    <w:p w14:paraId="67D714A7" w14:textId="77777777" w:rsidR="006377C7" w:rsidRDefault="006377C7">
      <w:pPr>
        <w:spacing w:after="40"/>
      </w:pP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9360"/>
      </w:tblGrid>
      <w:tr w:rsidR="006377C7" w14:paraId="5712A663" w14:textId="77777777">
        <w:tc>
          <w:tcPr>
            <w:tcW w:w="9360" w:type="dxa"/>
            <w:shd w:val="clear" w:color="auto" w:fill="F7FAFC"/>
            <w:tcMar>
              <w:top w:w="80" w:type="dxa"/>
              <w:left w:w="120" w:type="dxa"/>
              <w:bottom w:w="80" w:type="dxa"/>
              <w:right w:w="120" w:type="dxa"/>
            </w:tcMar>
            <w:vAlign w:val="center"/>
          </w:tcPr>
          <w:p w14:paraId="414033DE" w14:textId="77777777" w:rsidR="006377C7" w:rsidRDefault="00356C21">
            <w:pPr>
              <w:spacing w:after="40"/>
            </w:pPr>
            <w:r>
              <w:rPr>
                <w:b/>
                <w:color w:val="04154E"/>
                <w:sz w:val="19"/>
              </w:rPr>
              <w:t xml:space="preserve">WATCH FOR HIDDEN WORK: </w:t>
            </w:r>
            <w:r>
              <w:rPr>
                <w:sz w:val="21"/>
              </w:rPr>
              <w:t>A pause, side conversation, spreadsheet, email check, or supervisor review is part of the workflow if it affects the outcome.</w:t>
            </w:r>
          </w:p>
        </w:tc>
      </w:tr>
    </w:tbl>
    <w:p w14:paraId="0185FC89" w14:textId="77777777" w:rsidR="006377C7" w:rsidRDefault="006377C7">
      <w:pPr>
        <w:spacing w:after="60"/>
      </w:pPr>
    </w:p>
    <w:p w14:paraId="0C35BBB6" w14:textId="77777777" w:rsidR="006377C7" w:rsidRDefault="00356C21">
      <w:r>
        <w:br w:type="page"/>
      </w:r>
    </w:p>
    <w:p w14:paraId="046EE17B" w14:textId="77777777" w:rsidR="006377C7" w:rsidRDefault="00356C21">
      <w:pPr>
        <w:pStyle w:val="Heading1"/>
      </w:pPr>
      <w:r>
        <w:lastRenderedPageBreak/>
        <w:t>5. Understand Why Manual Steps Exist</w:t>
      </w:r>
    </w:p>
    <w:p w14:paraId="2CCCD8AE" w14:textId="77777777" w:rsidR="006377C7" w:rsidRDefault="00356C21">
      <w:r>
        <w:t>Manual work often protects something important. Before deciding whether to automate it, document the reason it exists.</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000"/>
        <w:gridCol w:w="3000"/>
        <w:gridCol w:w="2760"/>
        <w:gridCol w:w="1600"/>
      </w:tblGrid>
      <w:tr w:rsidR="006377C7" w14:paraId="225C4381" w14:textId="77777777">
        <w:tc>
          <w:tcPr>
            <w:tcW w:w="2000" w:type="dxa"/>
            <w:shd w:val="clear" w:color="auto" w:fill="DDEAF0"/>
            <w:tcMar>
              <w:top w:w="80" w:type="dxa"/>
              <w:left w:w="120" w:type="dxa"/>
              <w:bottom w:w="80" w:type="dxa"/>
              <w:right w:w="120" w:type="dxa"/>
            </w:tcMar>
            <w:vAlign w:val="center"/>
          </w:tcPr>
          <w:p w14:paraId="49A154C1" w14:textId="77777777" w:rsidR="006377C7" w:rsidRDefault="00356C21">
            <w:pPr>
              <w:jc w:val="center"/>
            </w:pPr>
            <w:r>
              <w:rPr>
                <w:b/>
                <w:color w:val="04154E"/>
                <w:sz w:val="17"/>
              </w:rPr>
              <w:t>Manual step</w:t>
            </w:r>
          </w:p>
        </w:tc>
        <w:tc>
          <w:tcPr>
            <w:tcW w:w="3000" w:type="dxa"/>
            <w:shd w:val="clear" w:color="auto" w:fill="DDEAF0"/>
            <w:tcMar>
              <w:top w:w="80" w:type="dxa"/>
              <w:left w:w="120" w:type="dxa"/>
              <w:bottom w:w="80" w:type="dxa"/>
              <w:right w:w="120" w:type="dxa"/>
            </w:tcMar>
            <w:vAlign w:val="center"/>
          </w:tcPr>
          <w:p w14:paraId="4D3D4186" w14:textId="77777777" w:rsidR="006377C7" w:rsidRDefault="00356C21">
            <w:pPr>
              <w:jc w:val="center"/>
            </w:pPr>
            <w:r>
              <w:rPr>
                <w:b/>
                <w:color w:val="04154E"/>
                <w:sz w:val="17"/>
              </w:rPr>
              <w:t>What is the person checking or deciding?</w:t>
            </w:r>
          </w:p>
        </w:tc>
        <w:tc>
          <w:tcPr>
            <w:tcW w:w="2760" w:type="dxa"/>
            <w:shd w:val="clear" w:color="auto" w:fill="DDEAF0"/>
            <w:tcMar>
              <w:top w:w="80" w:type="dxa"/>
              <w:left w:w="120" w:type="dxa"/>
              <w:bottom w:w="80" w:type="dxa"/>
              <w:right w:w="120" w:type="dxa"/>
            </w:tcMar>
            <w:vAlign w:val="center"/>
          </w:tcPr>
          <w:p w14:paraId="420785E6" w14:textId="77777777" w:rsidR="006377C7" w:rsidRDefault="00356C21">
            <w:pPr>
              <w:jc w:val="center"/>
            </w:pPr>
            <w:r>
              <w:rPr>
                <w:b/>
                <w:color w:val="04154E"/>
                <w:sz w:val="17"/>
              </w:rPr>
              <w:t>Why does it matter?</w:t>
            </w:r>
          </w:p>
        </w:tc>
        <w:tc>
          <w:tcPr>
            <w:tcW w:w="1600" w:type="dxa"/>
            <w:shd w:val="clear" w:color="auto" w:fill="DDEAF0"/>
            <w:tcMar>
              <w:top w:w="80" w:type="dxa"/>
              <w:left w:w="120" w:type="dxa"/>
              <w:bottom w:w="80" w:type="dxa"/>
              <w:right w:w="120" w:type="dxa"/>
            </w:tcMar>
            <w:vAlign w:val="center"/>
          </w:tcPr>
          <w:p w14:paraId="35A8A8B0" w14:textId="77777777" w:rsidR="006377C7" w:rsidRDefault="00356C21">
            <w:pPr>
              <w:jc w:val="center"/>
            </w:pPr>
            <w:r>
              <w:rPr>
                <w:b/>
                <w:color w:val="04154E"/>
                <w:sz w:val="17"/>
              </w:rPr>
              <w:t>Could this be predictable?</w:t>
            </w:r>
          </w:p>
        </w:tc>
      </w:tr>
      <w:tr w:rsidR="006377C7" w14:paraId="2A85013C" w14:textId="77777777">
        <w:tc>
          <w:tcPr>
            <w:tcW w:w="2000" w:type="dxa"/>
            <w:tcMar>
              <w:top w:w="80" w:type="dxa"/>
              <w:left w:w="120" w:type="dxa"/>
              <w:bottom w:w="80" w:type="dxa"/>
              <w:right w:w="120" w:type="dxa"/>
            </w:tcMar>
            <w:vAlign w:val="center"/>
          </w:tcPr>
          <w:p w14:paraId="48965DFD" w14:textId="77777777" w:rsidR="006377C7" w:rsidRDefault="006377C7">
            <w:pPr>
              <w:jc w:val="center"/>
            </w:pPr>
          </w:p>
        </w:tc>
        <w:tc>
          <w:tcPr>
            <w:tcW w:w="3000" w:type="dxa"/>
            <w:tcMar>
              <w:top w:w="80" w:type="dxa"/>
              <w:left w:w="120" w:type="dxa"/>
              <w:bottom w:w="80" w:type="dxa"/>
              <w:right w:w="120" w:type="dxa"/>
            </w:tcMar>
            <w:vAlign w:val="center"/>
          </w:tcPr>
          <w:p w14:paraId="4BA0A09B" w14:textId="77777777" w:rsidR="006377C7" w:rsidRDefault="006377C7">
            <w:pPr>
              <w:jc w:val="center"/>
            </w:pPr>
          </w:p>
        </w:tc>
        <w:tc>
          <w:tcPr>
            <w:tcW w:w="2760" w:type="dxa"/>
            <w:tcMar>
              <w:top w:w="80" w:type="dxa"/>
              <w:left w:w="120" w:type="dxa"/>
              <w:bottom w:w="80" w:type="dxa"/>
              <w:right w:w="120" w:type="dxa"/>
            </w:tcMar>
            <w:vAlign w:val="center"/>
          </w:tcPr>
          <w:p w14:paraId="6C3E3126" w14:textId="77777777" w:rsidR="006377C7" w:rsidRDefault="006377C7"/>
        </w:tc>
        <w:tc>
          <w:tcPr>
            <w:tcW w:w="1600" w:type="dxa"/>
            <w:tcMar>
              <w:top w:w="80" w:type="dxa"/>
              <w:left w:w="120" w:type="dxa"/>
              <w:bottom w:w="80" w:type="dxa"/>
              <w:right w:w="120" w:type="dxa"/>
            </w:tcMar>
            <w:vAlign w:val="center"/>
          </w:tcPr>
          <w:p w14:paraId="28F06CA7" w14:textId="77777777" w:rsidR="006377C7" w:rsidRDefault="00356C21">
            <w:r>
              <w:rPr>
                <w:sz w:val="17"/>
              </w:rPr>
              <w:t>Yes / Partially / No</w:t>
            </w:r>
          </w:p>
        </w:tc>
      </w:tr>
      <w:tr w:rsidR="006377C7" w14:paraId="6C7BBAE9" w14:textId="77777777">
        <w:tc>
          <w:tcPr>
            <w:tcW w:w="2000" w:type="dxa"/>
            <w:tcMar>
              <w:top w:w="80" w:type="dxa"/>
              <w:left w:w="120" w:type="dxa"/>
              <w:bottom w:w="80" w:type="dxa"/>
              <w:right w:w="120" w:type="dxa"/>
            </w:tcMar>
            <w:vAlign w:val="center"/>
          </w:tcPr>
          <w:p w14:paraId="4B8D27F9" w14:textId="77777777" w:rsidR="006377C7" w:rsidRDefault="006377C7">
            <w:pPr>
              <w:jc w:val="center"/>
            </w:pPr>
          </w:p>
        </w:tc>
        <w:tc>
          <w:tcPr>
            <w:tcW w:w="3000" w:type="dxa"/>
            <w:tcMar>
              <w:top w:w="80" w:type="dxa"/>
              <w:left w:w="120" w:type="dxa"/>
              <w:bottom w:w="80" w:type="dxa"/>
              <w:right w:w="120" w:type="dxa"/>
            </w:tcMar>
            <w:vAlign w:val="center"/>
          </w:tcPr>
          <w:p w14:paraId="014358BF" w14:textId="77777777" w:rsidR="006377C7" w:rsidRDefault="006377C7">
            <w:pPr>
              <w:jc w:val="center"/>
            </w:pPr>
          </w:p>
        </w:tc>
        <w:tc>
          <w:tcPr>
            <w:tcW w:w="2760" w:type="dxa"/>
            <w:tcMar>
              <w:top w:w="80" w:type="dxa"/>
              <w:left w:w="120" w:type="dxa"/>
              <w:bottom w:w="80" w:type="dxa"/>
              <w:right w:w="120" w:type="dxa"/>
            </w:tcMar>
            <w:vAlign w:val="center"/>
          </w:tcPr>
          <w:p w14:paraId="0FB05056" w14:textId="77777777" w:rsidR="006377C7" w:rsidRDefault="006377C7"/>
        </w:tc>
        <w:tc>
          <w:tcPr>
            <w:tcW w:w="1600" w:type="dxa"/>
            <w:tcMar>
              <w:top w:w="80" w:type="dxa"/>
              <w:left w:w="120" w:type="dxa"/>
              <w:bottom w:w="80" w:type="dxa"/>
              <w:right w:w="120" w:type="dxa"/>
            </w:tcMar>
            <w:vAlign w:val="center"/>
          </w:tcPr>
          <w:p w14:paraId="7A06A884" w14:textId="77777777" w:rsidR="006377C7" w:rsidRDefault="00356C21">
            <w:r>
              <w:rPr>
                <w:sz w:val="17"/>
              </w:rPr>
              <w:t>Yes / Partially / No</w:t>
            </w:r>
          </w:p>
        </w:tc>
      </w:tr>
      <w:tr w:rsidR="006377C7" w14:paraId="3566AE06" w14:textId="77777777">
        <w:tc>
          <w:tcPr>
            <w:tcW w:w="2000" w:type="dxa"/>
            <w:tcMar>
              <w:top w:w="80" w:type="dxa"/>
              <w:left w:w="120" w:type="dxa"/>
              <w:bottom w:w="80" w:type="dxa"/>
              <w:right w:w="120" w:type="dxa"/>
            </w:tcMar>
            <w:vAlign w:val="center"/>
          </w:tcPr>
          <w:p w14:paraId="61BE74E7" w14:textId="77777777" w:rsidR="006377C7" w:rsidRDefault="006377C7">
            <w:pPr>
              <w:jc w:val="center"/>
            </w:pPr>
          </w:p>
        </w:tc>
        <w:tc>
          <w:tcPr>
            <w:tcW w:w="3000" w:type="dxa"/>
            <w:tcMar>
              <w:top w:w="80" w:type="dxa"/>
              <w:left w:w="120" w:type="dxa"/>
              <w:bottom w:w="80" w:type="dxa"/>
              <w:right w:w="120" w:type="dxa"/>
            </w:tcMar>
            <w:vAlign w:val="center"/>
          </w:tcPr>
          <w:p w14:paraId="6297B049" w14:textId="77777777" w:rsidR="006377C7" w:rsidRDefault="006377C7">
            <w:pPr>
              <w:jc w:val="center"/>
            </w:pPr>
          </w:p>
        </w:tc>
        <w:tc>
          <w:tcPr>
            <w:tcW w:w="2760" w:type="dxa"/>
            <w:tcMar>
              <w:top w:w="80" w:type="dxa"/>
              <w:left w:w="120" w:type="dxa"/>
              <w:bottom w:w="80" w:type="dxa"/>
              <w:right w:w="120" w:type="dxa"/>
            </w:tcMar>
            <w:vAlign w:val="center"/>
          </w:tcPr>
          <w:p w14:paraId="7052CFB6" w14:textId="77777777" w:rsidR="006377C7" w:rsidRDefault="006377C7"/>
        </w:tc>
        <w:tc>
          <w:tcPr>
            <w:tcW w:w="1600" w:type="dxa"/>
            <w:tcMar>
              <w:top w:w="80" w:type="dxa"/>
              <w:left w:w="120" w:type="dxa"/>
              <w:bottom w:w="80" w:type="dxa"/>
              <w:right w:w="120" w:type="dxa"/>
            </w:tcMar>
            <w:vAlign w:val="center"/>
          </w:tcPr>
          <w:p w14:paraId="33F7683D" w14:textId="77777777" w:rsidR="006377C7" w:rsidRDefault="00356C21">
            <w:r>
              <w:rPr>
                <w:sz w:val="17"/>
              </w:rPr>
              <w:t>Yes / Partially / No</w:t>
            </w:r>
          </w:p>
        </w:tc>
      </w:tr>
      <w:tr w:rsidR="006377C7" w14:paraId="5B15A0F1" w14:textId="77777777">
        <w:tc>
          <w:tcPr>
            <w:tcW w:w="2000" w:type="dxa"/>
            <w:tcMar>
              <w:top w:w="80" w:type="dxa"/>
              <w:left w:w="120" w:type="dxa"/>
              <w:bottom w:w="80" w:type="dxa"/>
              <w:right w:w="120" w:type="dxa"/>
            </w:tcMar>
            <w:vAlign w:val="center"/>
          </w:tcPr>
          <w:p w14:paraId="3F2EE90E" w14:textId="77777777" w:rsidR="006377C7" w:rsidRDefault="006377C7">
            <w:pPr>
              <w:jc w:val="center"/>
            </w:pPr>
          </w:p>
        </w:tc>
        <w:tc>
          <w:tcPr>
            <w:tcW w:w="3000" w:type="dxa"/>
            <w:tcMar>
              <w:top w:w="80" w:type="dxa"/>
              <w:left w:w="120" w:type="dxa"/>
              <w:bottom w:w="80" w:type="dxa"/>
              <w:right w:w="120" w:type="dxa"/>
            </w:tcMar>
            <w:vAlign w:val="center"/>
          </w:tcPr>
          <w:p w14:paraId="05AFA5DE" w14:textId="77777777" w:rsidR="006377C7" w:rsidRDefault="006377C7">
            <w:pPr>
              <w:jc w:val="center"/>
            </w:pPr>
          </w:p>
        </w:tc>
        <w:tc>
          <w:tcPr>
            <w:tcW w:w="2760" w:type="dxa"/>
            <w:tcMar>
              <w:top w:w="80" w:type="dxa"/>
              <w:left w:w="120" w:type="dxa"/>
              <w:bottom w:w="80" w:type="dxa"/>
              <w:right w:w="120" w:type="dxa"/>
            </w:tcMar>
            <w:vAlign w:val="center"/>
          </w:tcPr>
          <w:p w14:paraId="3E7AD8B7" w14:textId="77777777" w:rsidR="006377C7" w:rsidRDefault="006377C7"/>
        </w:tc>
        <w:tc>
          <w:tcPr>
            <w:tcW w:w="1600" w:type="dxa"/>
            <w:tcMar>
              <w:top w:w="80" w:type="dxa"/>
              <w:left w:w="120" w:type="dxa"/>
              <w:bottom w:w="80" w:type="dxa"/>
              <w:right w:w="120" w:type="dxa"/>
            </w:tcMar>
            <w:vAlign w:val="center"/>
          </w:tcPr>
          <w:p w14:paraId="09D8BE9F" w14:textId="77777777" w:rsidR="006377C7" w:rsidRDefault="00356C21">
            <w:r>
              <w:rPr>
                <w:sz w:val="17"/>
              </w:rPr>
              <w:t>Yes / Partially / No</w:t>
            </w:r>
          </w:p>
        </w:tc>
      </w:tr>
      <w:tr w:rsidR="006377C7" w14:paraId="618D3EDF" w14:textId="77777777">
        <w:tc>
          <w:tcPr>
            <w:tcW w:w="2000" w:type="dxa"/>
            <w:tcMar>
              <w:top w:w="80" w:type="dxa"/>
              <w:left w:w="120" w:type="dxa"/>
              <w:bottom w:w="80" w:type="dxa"/>
              <w:right w:w="120" w:type="dxa"/>
            </w:tcMar>
            <w:vAlign w:val="center"/>
          </w:tcPr>
          <w:p w14:paraId="67CC2CD1" w14:textId="77777777" w:rsidR="006377C7" w:rsidRDefault="006377C7">
            <w:pPr>
              <w:jc w:val="center"/>
            </w:pPr>
          </w:p>
        </w:tc>
        <w:tc>
          <w:tcPr>
            <w:tcW w:w="3000" w:type="dxa"/>
            <w:tcMar>
              <w:top w:w="80" w:type="dxa"/>
              <w:left w:w="120" w:type="dxa"/>
              <w:bottom w:w="80" w:type="dxa"/>
              <w:right w:w="120" w:type="dxa"/>
            </w:tcMar>
            <w:vAlign w:val="center"/>
          </w:tcPr>
          <w:p w14:paraId="1EE04404" w14:textId="77777777" w:rsidR="006377C7" w:rsidRDefault="006377C7">
            <w:pPr>
              <w:jc w:val="center"/>
            </w:pPr>
          </w:p>
        </w:tc>
        <w:tc>
          <w:tcPr>
            <w:tcW w:w="2760" w:type="dxa"/>
            <w:tcMar>
              <w:top w:w="80" w:type="dxa"/>
              <w:left w:w="120" w:type="dxa"/>
              <w:bottom w:w="80" w:type="dxa"/>
              <w:right w:w="120" w:type="dxa"/>
            </w:tcMar>
            <w:vAlign w:val="center"/>
          </w:tcPr>
          <w:p w14:paraId="1C9E0B1F" w14:textId="77777777" w:rsidR="006377C7" w:rsidRDefault="006377C7"/>
        </w:tc>
        <w:tc>
          <w:tcPr>
            <w:tcW w:w="1600" w:type="dxa"/>
            <w:tcMar>
              <w:top w:w="80" w:type="dxa"/>
              <w:left w:w="120" w:type="dxa"/>
              <w:bottom w:w="80" w:type="dxa"/>
              <w:right w:w="120" w:type="dxa"/>
            </w:tcMar>
            <w:vAlign w:val="center"/>
          </w:tcPr>
          <w:p w14:paraId="761D6A8B" w14:textId="77777777" w:rsidR="006377C7" w:rsidRDefault="00356C21">
            <w:r>
              <w:rPr>
                <w:sz w:val="17"/>
              </w:rPr>
              <w:t>Yes / Partially / No</w:t>
            </w:r>
          </w:p>
        </w:tc>
      </w:tr>
      <w:tr w:rsidR="006377C7" w14:paraId="7496E022" w14:textId="77777777">
        <w:tc>
          <w:tcPr>
            <w:tcW w:w="2000" w:type="dxa"/>
            <w:tcMar>
              <w:top w:w="80" w:type="dxa"/>
              <w:left w:w="120" w:type="dxa"/>
              <w:bottom w:w="80" w:type="dxa"/>
              <w:right w:w="120" w:type="dxa"/>
            </w:tcMar>
            <w:vAlign w:val="center"/>
          </w:tcPr>
          <w:p w14:paraId="02B1CBE7" w14:textId="77777777" w:rsidR="006377C7" w:rsidRDefault="006377C7">
            <w:pPr>
              <w:jc w:val="center"/>
            </w:pPr>
          </w:p>
        </w:tc>
        <w:tc>
          <w:tcPr>
            <w:tcW w:w="3000" w:type="dxa"/>
            <w:tcMar>
              <w:top w:w="80" w:type="dxa"/>
              <w:left w:w="120" w:type="dxa"/>
              <w:bottom w:w="80" w:type="dxa"/>
              <w:right w:w="120" w:type="dxa"/>
            </w:tcMar>
            <w:vAlign w:val="center"/>
          </w:tcPr>
          <w:p w14:paraId="79E81D0E" w14:textId="77777777" w:rsidR="006377C7" w:rsidRDefault="006377C7">
            <w:pPr>
              <w:jc w:val="center"/>
            </w:pPr>
          </w:p>
        </w:tc>
        <w:tc>
          <w:tcPr>
            <w:tcW w:w="2760" w:type="dxa"/>
            <w:tcMar>
              <w:top w:w="80" w:type="dxa"/>
              <w:left w:w="120" w:type="dxa"/>
              <w:bottom w:w="80" w:type="dxa"/>
              <w:right w:w="120" w:type="dxa"/>
            </w:tcMar>
            <w:vAlign w:val="center"/>
          </w:tcPr>
          <w:p w14:paraId="58AF8E82" w14:textId="77777777" w:rsidR="006377C7" w:rsidRDefault="006377C7"/>
        </w:tc>
        <w:tc>
          <w:tcPr>
            <w:tcW w:w="1600" w:type="dxa"/>
            <w:tcMar>
              <w:top w:w="80" w:type="dxa"/>
              <w:left w:w="120" w:type="dxa"/>
              <w:bottom w:w="80" w:type="dxa"/>
              <w:right w:w="120" w:type="dxa"/>
            </w:tcMar>
            <w:vAlign w:val="center"/>
          </w:tcPr>
          <w:p w14:paraId="61FAFBB3" w14:textId="77777777" w:rsidR="006377C7" w:rsidRDefault="00356C21">
            <w:r>
              <w:rPr>
                <w:sz w:val="17"/>
              </w:rPr>
              <w:t>Yes / Partially / No</w:t>
            </w:r>
          </w:p>
        </w:tc>
      </w:tr>
    </w:tbl>
    <w:p w14:paraId="5B217DF3" w14:textId="77777777" w:rsidR="006377C7" w:rsidRDefault="006377C7">
      <w:pPr>
        <w:spacing w:after="40"/>
      </w:pPr>
    </w:p>
    <w:p w14:paraId="2EE9A806" w14:textId="77777777" w:rsidR="006377C7" w:rsidRDefault="00356C21">
      <w:pPr>
        <w:pStyle w:val="Heading2"/>
      </w:pPr>
      <w:r>
        <w:t>Common Reasons People Are Involved</w:t>
      </w:r>
    </w:p>
    <w:p w14:paraId="54DFB25D" w14:textId="77777777" w:rsidR="006377C7" w:rsidRDefault="00356C21">
      <w:pPr>
        <w:pStyle w:val="ListBullet"/>
      </w:pPr>
      <w:r>
        <w:t>Validating completeness or accuracy before the next action.</w:t>
      </w:r>
    </w:p>
    <w:p w14:paraId="24CA7EDE" w14:textId="77777777" w:rsidR="006377C7" w:rsidRDefault="00356C21">
      <w:pPr>
        <w:pStyle w:val="ListBullet"/>
      </w:pPr>
      <w:r>
        <w:t xml:space="preserve">Applying </w:t>
      </w:r>
      <w:proofErr w:type="gramStart"/>
      <w:r>
        <w:t>a business rule</w:t>
      </w:r>
      <w:proofErr w:type="gramEnd"/>
      <w:r>
        <w:t xml:space="preserve">, </w:t>
      </w:r>
      <w:proofErr w:type="gramStart"/>
      <w:r>
        <w:t>threshold</w:t>
      </w:r>
      <w:proofErr w:type="gramEnd"/>
      <w:r>
        <w:t xml:space="preserve">, </w:t>
      </w:r>
      <w:proofErr w:type="gramStart"/>
      <w:r>
        <w:t>approval</w:t>
      </w:r>
      <w:proofErr w:type="gramEnd"/>
      <w:r>
        <w:t xml:space="preserve">, or ownership </w:t>
      </w:r>
      <w:proofErr w:type="gramStart"/>
      <w:r>
        <w:t>standard</w:t>
      </w:r>
      <w:proofErr w:type="gramEnd"/>
      <w:r>
        <w:t>.</w:t>
      </w:r>
    </w:p>
    <w:p w14:paraId="0771BF67" w14:textId="77777777" w:rsidR="006377C7" w:rsidRDefault="00356C21">
      <w:pPr>
        <w:pStyle w:val="ListBullet"/>
      </w:pPr>
      <w:r>
        <w:t>Resolving conflicting information across systems or sources.</w:t>
      </w:r>
    </w:p>
    <w:p w14:paraId="31C88119" w14:textId="77777777" w:rsidR="006377C7" w:rsidRDefault="00356C21">
      <w:pPr>
        <w:pStyle w:val="ListBullet"/>
      </w:pPr>
      <w:r>
        <w:t>Identifying exceptions that should not follow the normal path.</w:t>
      </w:r>
    </w:p>
    <w:p w14:paraId="740D7C23" w14:textId="77777777" w:rsidR="006377C7" w:rsidRDefault="00356C21">
      <w:pPr>
        <w:pStyle w:val="ListBullet"/>
      </w:pPr>
      <w:r>
        <w:t>Compensating for missing system functionality or unclear data ownership.</w:t>
      </w:r>
    </w:p>
    <w:p w14:paraId="446045AC" w14:textId="77777777" w:rsidR="006377C7" w:rsidRDefault="00356C21">
      <w:r>
        <w:br w:type="page"/>
      </w:r>
    </w:p>
    <w:p w14:paraId="3C5DB42C" w14:textId="77777777" w:rsidR="006377C7" w:rsidRDefault="00356C21">
      <w:pPr>
        <w:pStyle w:val="Heading1"/>
      </w:pPr>
      <w:r>
        <w:lastRenderedPageBreak/>
        <w:t>6. Capture Decisions, Rules, and Exceptions</w:t>
      </w:r>
    </w:p>
    <w:p w14:paraId="71D5C9E8" w14:textId="77777777" w:rsidR="006377C7" w:rsidRDefault="00356C21">
      <w:r>
        <w:t>The most important integration requirements often live inside decisions and exceptions. Capture them in plain business language.</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600"/>
        <w:gridCol w:w="2550"/>
        <w:gridCol w:w="2650"/>
        <w:gridCol w:w="1560"/>
      </w:tblGrid>
      <w:tr w:rsidR="006377C7" w14:paraId="3D8C9F6C" w14:textId="77777777">
        <w:tc>
          <w:tcPr>
            <w:tcW w:w="2600" w:type="dxa"/>
            <w:shd w:val="clear" w:color="auto" w:fill="DDEAF0"/>
            <w:tcMar>
              <w:top w:w="80" w:type="dxa"/>
              <w:left w:w="120" w:type="dxa"/>
              <w:bottom w:w="80" w:type="dxa"/>
              <w:right w:w="120" w:type="dxa"/>
            </w:tcMar>
            <w:vAlign w:val="center"/>
          </w:tcPr>
          <w:p w14:paraId="31AFC5E3" w14:textId="77777777" w:rsidR="006377C7" w:rsidRDefault="00356C21">
            <w:pPr>
              <w:jc w:val="center"/>
            </w:pPr>
            <w:r>
              <w:rPr>
                <w:b/>
                <w:color w:val="04154E"/>
                <w:sz w:val="17"/>
              </w:rPr>
              <w:t>Decision, rule, or validation</w:t>
            </w:r>
          </w:p>
        </w:tc>
        <w:tc>
          <w:tcPr>
            <w:tcW w:w="2550" w:type="dxa"/>
            <w:shd w:val="clear" w:color="auto" w:fill="DDEAF0"/>
            <w:tcMar>
              <w:top w:w="80" w:type="dxa"/>
              <w:left w:w="120" w:type="dxa"/>
              <w:bottom w:w="80" w:type="dxa"/>
              <w:right w:w="120" w:type="dxa"/>
            </w:tcMar>
            <w:vAlign w:val="center"/>
          </w:tcPr>
          <w:p w14:paraId="3F477200" w14:textId="77777777" w:rsidR="006377C7" w:rsidRDefault="00356C21">
            <w:pPr>
              <w:jc w:val="center"/>
            </w:pPr>
            <w:r>
              <w:rPr>
                <w:b/>
                <w:color w:val="04154E"/>
                <w:sz w:val="17"/>
              </w:rPr>
              <w:t>Normal rule</w:t>
            </w:r>
          </w:p>
        </w:tc>
        <w:tc>
          <w:tcPr>
            <w:tcW w:w="2650" w:type="dxa"/>
            <w:shd w:val="clear" w:color="auto" w:fill="DDEAF0"/>
            <w:tcMar>
              <w:top w:w="80" w:type="dxa"/>
              <w:left w:w="120" w:type="dxa"/>
              <w:bottom w:w="80" w:type="dxa"/>
              <w:right w:w="120" w:type="dxa"/>
            </w:tcMar>
            <w:vAlign w:val="center"/>
          </w:tcPr>
          <w:p w14:paraId="32ED505A" w14:textId="77777777" w:rsidR="006377C7" w:rsidRDefault="00356C21">
            <w:pPr>
              <w:jc w:val="center"/>
            </w:pPr>
            <w:r>
              <w:rPr>
                <w:b/>
                <w:color w:val="04154E"/>
                <w:sz w:val="17"/>
              </w:rPr>
              <w:t>Exception condition</w:t>
            </w:r>
          </w:p>
        </w:tc>
        <w:tc>
          <w:tcPr>
            <w:tcW w:w="1560" w:type="dxa"/>
            <w:shd w:val="clear" w:color="auto" w:fill="DDEAF0"/>
            <w:tcMar>
              <w:top w:w="80" w:type="dxa"/>
              <w:left w:w="120" w:type="dxa"/>
              <w:bottom w:w="80" w:type="dxa"/>
              <w:right w:w="120" w:type="dxa"/>
            </w:tcMar>
            <w:vAlign w:val="center"/>
          </w:tcPr>
          <w:p w14:paraId="55306B2E" w14:textId="77777777" w:rsidR="006377C7" w:rsidRDefault="00356C21">
            <w:pPr>
              <w:jc w:val="center"/>
            </w:pPr>
            <w:r>
              <w:rPr>
                <w:b/>
                <w:color w:val="04154E"/>
                <w:sz w:val="17"/>
              </w:rPr>
              <w:t>Who resolves it?</w:t>
            </w:r>
          </w:p>
        </w:tc>
      </w:tr>
      <w:tr w:rsidR="006377C7" w14:paraId="110FE534" w14:textId="77777777">
        <w:tc>
          <w:tcPr>
            <w:tcW w:w="2600" w:type="dxa"/>
            <w:tcMar>
              <w:top w:w="80" w:type="dxa"/>
              <w:left w:w="120" w:type="dxa"/>
              <w:bottom w:w="80" w:type="dxa"/>
              <w:right w:w="120" w:type="dxa"/>
            </w:tcMar>
            <w:vAlign w:val="center"/>
          </w:tcPr>
          <w:p w14:paraId="56CCD8A9" w14:textId="77777777" w:rsidR="006377C7" w:rsidRDefault="006377C7">
            <w:pPr>
              <w:jc w:val="center"/>
            </w:pPr>
          </w:p>
        </w:tc>
        <w:tc>
          <w:tcPr>
            <w:tcW w:w="2550" w:type="dxa"/>
            <w:tcMar>
              <w:top w:w="80" w:type="dxa"/>
              <w:left w:w="120" w:type="dxa"/>
              <w:bottom w:w="80" w:type="dxa"/>
              <w:right w:w="120" w:type="dxa"/>
            </w:tcMar>
            <w:vAlign w:val="center"/>
          </w:tcPr>
          <w:p w14:paraId="0BA0B0DA" w14:textId="77777777" w:rsidR="006377C7" w:rsidRDefault="006377C7">
            <w:pPr>
              <w:jc w:val="center"/>
            </w:pPr>
          </w:p>
        </w:tc>
        <w:tc>
          <w:tcPr>
            <w:tcW w:w="2650" w:type="dxa"/>
            <w:tcMar>
              <w:top w:w="80" w:type="dxa"/>
              <w:left w:w="120" w:type="dxa"/>
              <w:bottom w:w="80" w:type="dxa"/>
              <w:right w:w="120" w:type="dxa"/>
            </w:tcMar>
            <w:vAlign w:val="center"/>
          </w:tcPr>
          <w:p w14:paraId="2EAD4C6D" w14:textId="77777777" w:rsidR="006377C7" w:rsidRDefault="006377C7"/>
        </w:tc>
        <w:tc>
          <w:tcPr>
            <w:tcW w:w="1560" w:type="dxa"/>
            <w:tcMar>
              <w:top w:w="80" w:type="dxa"/>
              <w:left w:w="120" w:type="dxa"/>
              <w:bottom w:w="80" w:type="dxa"/>
              <w:right w:w="120" w:type="dxa"/>
            </w:tcMar>
            <w:vAlign w:val="center"/>
          </w:tcPr>
          <w:p w14:paraId="4959B209" w14:textId="77777777" w:rsidR="006377C7" w:rsidRDefault="006377C7"/>
        </w:tc>
      </w:tr>
      <w:tr w:rsidR="006377C7" w14:paraId="3F9871D3" w14:textId="77777777">
        <w:tc>
          <w:tcPr>
            <w:tcW w:w="2600" w:type="dxa"/>
            <w:tcMar>
              <w:top w:w="80" w:type="dxa"/>
              <w:left w:w="120" w:type="dxa"/>
              <w:bottom w:w="80" w:type="dxa"/>
              <w:right w:w="120" w:type="dxa"/>
            </w:tcMar>
            <w:vAlign w:val="center"/>
          </w:tcPr>
          <w:p w14:paraId="29D8BEE1" w14:textId="77777777" w:rsidR="006377C7" w:rsidRDefault="006377C7">
            <w:pPr>
              <w:jc w:val="center"/>
            </w:pPr>
          </w:p>
        </w:tc>
        <w:tc>
          <w:tcPr>
            <w:tcW w:w="2550" w:type="dxa"/>
            <w:tcMar>
              <w:top w:w="80" w:type="dxa"/>
              <w:left w:w="120" w:type="dxa"/>
              <w:bottom w:w="80" w:type="dxa"/>
              <w:right w:w="120" w:type="dxa"/>
            </w:tcMar>
            <w:vAlign w:val="center"/>
          </w:tcPr>
          <w:p w14:paraId="7B1F800C" w14:textId="77777777" w:rsidR="006377C7" w:rsidRDefault="006377C7">
            <w:pPr>
              <w:jc w:val="center"/>
            </w:pPr>
          </w:p>
        </w:tc>
        <w:tc>
          <w:tcPr>
            <w:tcW w:w="2650" w:type="dxa"/>
            <w:tcMar>
              <w:top w:w="80" w:type="dxa"/>
              <w:left w:w="120" w:type="dxa"/>
              <w:bottom w:w="80" w:type="dxa"/>
              <w:right w:w="120" w:type="dxa"/>
            </w:tcMar>
            <w:vAlign w:val="center"/>
          </w:tcPr>
          <w:p w14:paraId="0280430D" w14:textId="77777777" w:rsidR="006377C7" w:rsidRDefault="006377C7"/>
        </w:tc>
        <w:tc>
          <w:tcPr>
            <w:tcW w:w="1560" w:type="dxa"/>
            <w:tcMar>
              <w:top w:w="80" w:type="dxa"/>
              <w:left w:w="120" w:type="dxa"/>
              <w:bottom w:w="80" w:type="dxa"/>
              <w:right w:w="120" w:type="dxa"/>
            </w:tcMar>
            <w:vAlign w:val="center"/>
          </w:tcPr>
          <w:p w14:paraId="0D98F26A" w14:textId="77777777" w:rsidR="006377C7" w:rsidRDefault="006377C7"/>
        </w:tc>
      </w:tr>
      <w:tr w:rsidR="006377C7" w14:paraId="34326244" w14:textId="77777777">
        <w:tc>
          <w:tcPr>
            <w:tcW w:w="2600" w:type="dxa"/>
            <w:tcMar>
              <w:top w:w="80" w:type="dxa"/>
              <w:left w:w="120" w:type="dxa"/>
              <w:bottom w:w="80" w:type="dxa"/>
              <w:right w:w="120" w:type="dxa"/>
            </w:tcMar>
            <w:vAlign w:val="center"/>
          </w:tcPr>
          <w:p w14:paraId="565387AA" w14:textId="77777777" w:rsidR="006377C7" w:rsidRDefault="006377C7">
            <w:pPr>
              <w:jc w:val="center"/>
            </w:pPr>
          </w:p>
        </w:tc>
        <w:tc>
          <w:tcPr>
            <w:tcW w:w="2550" w:type="dxa"/>
            <w:tcMar>
              <w:top w:w="80" w:type="dxa"/>
              <w:left w:w="120" w:type="dxa"/>
              <w:bottom w:w="80" w:type="dxa"/>
              <w:right w:w="120" w:type="dxa"/>
            </w:tcMar>
            <w:vAlign w:val="center"/>
          </w:tcPr>
          <w:p w14:paraId="5D8860B1" w14:textId="77777777" w:rsidR="006377C7" w:rsidRDefault="006377C7">
            <w:pPr>
              <w:jc w:val="center"/>
            </w:pPr>
          </w:p>
        </w:tc>
        <w:tc>
          <w:tcPr>
            <w:tcW w:w="2650" w:type="dxa"/>
            <w:tcMar>
              <w:top w:w="80" w:type="dxa"/>
              <w:left w:w="120" w:type="dxa"/>
              <w:bottom w:w="80" w:type="dxa"/>
              <w:right w:w="120" w:type="dxa"/>
            </w:tcMar>
            <w:vAlign w:val="center"/>
          </w:tcPr>
          <w:p w14:paraId="53F261A2" w14:textId="77777777" w:rsidR="006377C7" w:rsidRDefault="006377C7"/>
        </w:tc>
        <w:tc>
          <w:tcPr>
            <w:tcW w:w="1560" w:type="dxa"/>
            <w:tcMar>
              <w:top w:w="80" w:type="dxa"/>
              <w:left w:w="120" w:type="dxa"/>
              <w:bottom w:w="80" w:type="dxa"/>
              <w:right w:w="120" w:type="dxa"/>
            </w:tcMar>
            <w:vAlign w:val="center"/>
          </w:tcPr>
          <w:p w14:paraId="14985CF2" w14:textId="77777777" w:rsidR="006377C7" w:rsidRDefault="006377C7"/>
        </w:tc>
      </w:tr>
      <w:tr w:rsidR="006377C7" w14:paraId="64F97CFC" w14:textId="77777777">
        <w:tc>
          <w:tcPr>
            <w:tcW w:w="2600" w:type="dxa"/>
            <w:tcMar>
              <w:top w:w="80" w:type="dxa"/>
              <w:left w:w="120" w:type="dxa"/>
              <w:bottom w:w="80" w:type="dxa"/>
              <w:right w:w="120" w:type="dxa"/>
            </w:tcMar>
            <w:vAlign w:val="center"/>
          </w:tcPr>
          <w:p w14:paraId="0BF0A6F1" w14:textId="77777777" w:rsidR="006377C7" w:rsidRDefault="006377C7">
            <w:pPr>
              <w:jc w:val="center"/>
            </w:pPr>
          </w:p>
        </w:tc>
        <w:tc>
          <w:tcPr>
            <w:tcW w:w="2550" w:type="dxa"/>
            <w:tcMar>
              <w:top w:w="80" w:type="dxa"/>
              <w:left w:w="120" w:type="dxa"/>
              <w:bottom w:w="80" w:type="dxa"/>
              <w:right w:w="120" w:type="dxa"/>
            </w:tcMar>
            <w:vAlign w:val="center"/>
          </w:tcPr>
          <w:p w14:paraId="2A413608" w14:textId="77777777" w:rsidR="006377C7" w:rsidRDefault="006377C7">
            <w:pPr>
              <w:jc w:val="center"/>
            </w:pPr>
          </w:p>
        </w:tc>
        <w:tc>
          <w:tcPr>
            <w:tcW w:w="2650" w:type="dxa"/>
            <w:tcMar>
              <w:top w:w="80" w:type="dxa"/>
              <w:left w:w="120" w:type="dxa"/>
              <w:bottom w:w="80" w:type="dxa"/>
              <w:right w:w="120" w:type="dxa"/>
            </w:tcMar>
            <w:vAlign w:val="center"/>
          </w:tcPr>
          <w:p w14:paraId="22C29984" w14:textId="77777777" w:rsidR="006377C7" w:rsidRDefault="006377C7"/>
        </w:tc>
        <w:tc>
          <w:tcPr>
            <w:tcW w:w="1560" w:type="dxa"/>
            <w:tcMar>
              <w:top w:w="80" w:type="dxa"/>
              <w:left w:w="120" w:type="dxa"/>
              <w:bottom w:w="80" w:type="dxa"/>
              <w:right w:w="120" w:type="dxa"/>
            </w:tcMar>
            <w:vAlign w:val="center"/>
          </w:tcPr>
          <w:p w14:paraId="1E8810CE" w14:textId="77777777" w:rsidR="006377C7" w:rsidRDefault="006377C7"/>
        </w:tc>
      </w:tr>
      <w:tr w:rsidR="006377C7" w14:paraId="4D03C3C3" w14:textId="77777777">
        <w:tc>
          <w:tcPr>
            <w:tcW w:w="2600" w:type="dxa"/>
            <w:tcMar>
              <w:top w:w="80" w:type="dxa"/>
              <w:left w:w="120" w:type="dxa"/>
              <w:bottom w:w="80" w:type="dxa"/>
              <w:right w:w="120" w:type="dxa"/>
            </w:tcMar>
            <w:vAlign w:val="center"/>
          </w:tcPr>
          <w:p w14:paraId="523CBAB2" w14:textId="77777777" w:rsidR="006377C7" w:rsidRDefault="006377C7">
            <w:pPr>
              <w:jc w:val="center"/>
            </w:pPr>
          </w:p>
        </w:tc>
        <w:tc>
          <w:tcPr>
            <w:tcW w:w="2550" w:type="dxa"/>
            <w:tcMar>
              <w:top w:w="80" w:type="dxa"/>
              <w:left w:w="120" w:type="dxa"/>
              <w:bottom w:w="80" w:type="dxa"/>
              <w:right w:w="120" w:type="dxa"/>
            </w:tcMar>
            <w:vAlign w:val="center"/>
          </w:tcPr>
          <w:p w14:paraId="7ED30EC2" w14:textId="77777777" w:rsidR="006377C7" w:rsidRDefault="006377C7">
            <w:pPr>
              <w:jc w:val="center"/>
            </w:pPr>
          </w:p>
        </w:tc>
        <w:tc>
          <w:tcPr>
            <w:tcW w:w="2650" w:type="dxa"/>
            <w:tcMar>
              <w:top w:w="80" w:type="dxa"/>
              <w:left w:w="120" w:type="dxa"/>
              <w:bottom w:w="80" w:type="dxa"/>
              <w:right w:w="120" w:type="dxa"/>
            </w:tcMar>
            <w:vAlign w:val="center"/>
          </w:tcPr>
          <w:p w14:paraId="01EA2F5A" w14:textId="77777777" w:rsidR="006377C7" w:rsidRDefault="006377C7"/>
        </w:tc>
        <w:tc>
          <w:tcPr>
            <w:tcW w:w="1560" w:type="dxa"/>
            <w:tcMar>
              <w:top w:w="80" w:type="dxa"/>
              <w:left w:w="120" w:type="dxa"/>
              <w:bottom w:w="80" w:type="dxa"/>
              <w:right w:w="120" w:type="dxa"/>
            </w:tcMar>
            <w:vAlign w:val="center"/>
          </w:tcPr>
          <w:p w14:paraId="10274160" w14:textId="77777777" w:rsidR="006377C7" w:rsidRDefault="006377C7"/>
        </w:tc>
      </w:tr>
      <w:tr w:rsidR="006377C7" w14:paraId="050E59DD" w14:textId="77777777">
        <w:tc>
          <w:tcPr>
            <w:tcW w:w="2600" w:type="dxa"/>
            <w:tcMar>
              <w:top w:w="80" w:type="dxa"/>
              <w:left w:w="120" w:type="dxa"/>
              <w:bottom w:w="80" w:type="dxa"/>
              <w:right w:w="120" w:type="dxa"/>
            </w:tcMar>
            <w:vAlign w:val="center"/>
          </w:tcPr>
          <w:p w14:paraId="2479F00D" w14:textId="77777777" w:rsidR="006377C7" w:rsidRDefault="006377C7">
            <w:pPr>
              <w:jc w:val="center"/>
            </w:pPr>
          </w:p>
        </w:tc>
        <w:tc>
          <w:tcPr>
            <w:tcW w:w="2550" w:type="dxa"/>
            <w:tcMar>
              <w:top w:w="80" w:type="dxa"/>
              <w:left w:w="120" w:type="dxa"/>
              <w:bottom w:w="80" w:type="dxa"/>
              <w:right w:w="120" w:type="dxa"/>
            </w:tcMar>
            <w:vAlign w:val="center"/>
          </w:tcPr>
          <w:p w14:paraId="74FADEE3" w14:textId="77777777" w:rsidR="006377C7" w:rsidRDefault="006377C7">
            <w:pPr>
              <w:jc w:val="center"/>
            </w:pPr>
          </w:p>
        </w:tc>
        <w:tc>
          <w:tcPr>
            <w:tcW w:w="2650" w:type="dxa"/>
            <w:tcMar>
              <w:top w:w="80" w:type="dxa"/>
              <w:left w:w="120" w:type="dxa"/>
              <w:bottom w:w="80" w:type="dxa"/>
              <w:right w:w="120" w:type="dxa"/>
            </w:tcMar>
            <w:vAlign w:val="center"/>
          </w:tcPr>
          <w:p w14:paraId="5745A532" w14:textId="77777777" w:rsidR="006377C7" w:rsidRDefault="006377C7"/>
        </w:tc>
        <w:tc>
          <w:tcPr>
            <w:tcW w:w="1560" w:type="dxa"/>
            <w:tcMar>
              <w:top w:w="80" w:type="dxa"/>
              <w:left w:w="120" w:type="dxa"/>
              <w:bottom w:w="80" w:type="dxa"/>
              <w:right w:w="120" w:type="dxa"/>
            </w:tcMar>
            <w:vAlign w:val="center"/>
          </w:tcPr>
          <w:p w14:paraId="25DF5D63" w14:textId="77777777" w:rsidR="006377C7" w:rsidRDefault="006377C7"/>
        </w:tc>
      </w:tr>
    </w:tbl>
    <w:p w14:paraId="129A1DEC" w14:textId="77777777" w:rsidR="006377C7" w:rsidRDefault="006377C7">
      <w:pPr>
        <w:spacing w:after="40"/>
      </w:pP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9360"/>
      </w:tblGrid>
      <w:tr w:rsidR="006377C7" w14:paraId="258323E2" w14:textId="77777777">
        <w:tc>
          <w:tcPr>
            <w:tcW w:w="9360" w:type="dxa"/>
            <w:shd w:val="clear" w:color="auto" w:fill="FFE3B5"/>
            <w:tcMar>
              <w:top w:w="80" w:type="dxa"/>
              <w:left w:w="120" w:type="dxa"/>
              <w:bottom w:w="80" w:type="dxa"/>
              <w:right w:w="120" w:type="dxa"/>
            </w:tcMar>
            <w:vAlign w:val="center"/>
          </w:tcPr>
          <w:p w14:paraId="3D7AA7C6" w14:textId="77777777" w:rsidR="006377C7" w:rsidRDefault="00356C21">
            <w:pPr>
              <w:spacing w:after="40"/>
            </w:pPr>
            <w:r>
              <w:rPr>
                <w:b/>
                <w:color w:val="04154E"/>
                <w:sz w:val="19"/>
              </w:rPr>
              <w:t xml:space="preserve">EXAMPLE: </w:t>
            </w:r>
            <w:r>
              <w:rPr>
                <w:sz w:val="21"/>
              </w:rPr>
              <w:t xml:space="preserve">If a completed service ticket cannot be prepared for billing until required details are present, the rule is completeness. The exception is the missing or conflicting </w:t>
            </w:r>
            <w:proofErr w:type="gramStart"/>
            <w:r>
              <w:rPr>
                <w:sz w:val="21"/>
              </w:rPr>
              <w:t>detail</w:t>
            </w:r>
            <w:proofErr w:type="gramEnd"/>
            <w:r>
              <w:rPr>
                <w:sz w:val="21"/>
              </w:rPr>
              <w:t>, and the integration should route it clearly instead of hiding the failure.</w:t>
            </w:r>
          </w:p>
        </w:tc>
      </w:tr>
    </w:tbl>
    <w:p w14:paraId="33045D7C" w14:textId="77777777" w:rsidR="006377C7" w:rsidRDefault="006377C7">
      <w:pPr>
        <w:spacing w:after="60"/>
      </w:pPr>
    </w:p>
    <w:p w14:paraId="4983235B" w14:textId="77777777" w:rsidR="006377C7" w:rsidRDefault="00356C21">
      <w:r>
        <w:br w:type="page"/>
      </w:r>
    </w:p>
    <w:p w14:paraId="46F03492" w14:textId="77777777" w:rsidR="006377C7" w:rsidRDefault="00356C21">
      <w:pPr>
        <w:pStyle w:val="Heading1"/>
      </w:pPr>
      <w:r>
        <w:lastRenderedPageBreak/>
        <w:t>7. Estimate Frequency, Effort, Delay, and Risk</w:t>
      </w:r>
    </w:p>
    <w:p w14:paraId="081DAF11" w14:textId="77777777" w:rsidR="006377C7" w:rsidRDefault="00356C21">
      <w:r>
        <w:t>Use rough estimates. The purpose is to understand the size and character of the opportunity, not to build a final business case.</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100"/>
        <w:gridCol w:w="900"/>
        <w:gridCol w:w="1050"/>
        <w:gridCol w:w="900"/>
        <w:gridCol w:w="4410"/>
      </w:tblGrid>
      <w:tr w:rsidR="006377C7" w14:paraId="3B81CDC9" w14:textId="77777777">
        <w:tc>
          <w:tcPr>
            <w:tcW w:w="2100" w:type="dxa"/>
            <w:shd w:val="clear" w:color="auto" w:fill="DDEAF0"/>
            <w:tcMar>
              <w:top w:w="80" w:type="dxa"/>
              <w:left w:w="120" w:type="dxa"/>
              <w:bottom w:w="80" w:type="dxa"/>
              <w:right w:w="120" w:type="dxa"/>
            </w:tcMar>
            <w:vAlign w:val="center"/>
          </w:tcPr>
          <w:p w14:paraId="75D1D379" w14:textId="77777777" w:rsidR="006377C7" w:rsidRDefault="00356C21">
            <w:pPr>
              <w:jc w:val="center"/>
            </w:pPr>
            <w:r>
              <w:rPr>
                <w:b/>
                <w:color w:val="04154E"/>
                <w:sz w:val="17"/>
              </w:rPr>
              <w:t>Area</w:t>
            </w:r>
          </w:p>
        </w:tc>
        <w:tc>
          <w:tcPr>
            <w:tcW w:w="900" w:type="dxa"/>
            <w:shd w:val="clear" w:color="auto" w:fill="DDEAF0"/>
            <w:tcMar>
              <w:top w:w="80" w:type="dxa"/>
              <w:left w:w="120" w:type="dxa"/>
              <w:bottom w:w="80" w:type="dxa"/>
              <w:right w:w="120" w:type="dxa"/>
            </w:tcMar>
            <w:vAlign w:val="center"/>
          </w:tcPr>
          <w:p w14:paraId="0DAAC0EC" w14:textId="77777777" w:rsidR="006377C7" w:rsidRDefault="00356C21">
            <w:pPr>
              <w:jc w:val="center"/>
            </w:pPr>
            <w:r>
              <w:rPr>
                <w:b/>
                <w:color w:val="04154E"/>
                <w:sz w:val="17"/>
              </w:rPr>
              <w:t>Low</w:t>
            </w:r>
          </w:p>
        </w:tc>
        <w:tc>
          <w:tcPr>
            <w:tcW w:w="1050" w:type="dxa"/>
            <w:shd w:val="clear" w:color="auto" w:fill="DDEAF0"/>
            <w:tcMar>
              <w:top w:w="80" w:type="dxa"/>
              <w:left w:w="120" w:type="dxa"/>
              <w:bottom w:w="80" w:type="dxa"/>
              <w:right w:w="120" w:type="dxa"/>
            </w:tcMar>
            <w:vAlign w:val="center"/>
          </w:tcPr>
          <w:p w14:paraId="6AB7C9DD" w14:textId="77777777" w:rsidR="006377C7" w:rsidRDefault="00356C21">
            <w:pPr>
              <w:jc w:val="center"/>
            </w:pPr>
            <w:r>
              <w:rPr>
                <w:b/>
                <w:color w:val="04154E"/>
                <w:sz w:val="17"/>
              </w:rPr>
              <w:t>Medium</w:t>
            </w:r>
          </w:p>
        </w:tc>
        <w:tc>
          <w:tcPr>
            <w:tcW w:w="900" w:type="dxa"/>
            <w:shd w:val="clear" w:color="auto" w:fill="DDEAF0"/>
            <w:tcMar>
              <w:top w:w="80" w:type="dxa"/>
              <w:left w:w="120" w:type="dxa"/>
              <w:bottom w:w="80" w:type="dxa"/>
              <w:right w:w="120" w:type="dxa"/>
            </w:tcMar>
            <w:vAlign w:val="center"/>
          </w:tcPr>
          <w:p w14:paraId="27C822F7" w14:textId="77777777" w:rsidR="006377C7" w:rsidRDefault="00356C21">
            <w:pPr>
              <w:jc w:val="center"/>
            </w:pPr>
            <w:r>
              <w:rPr>
                <w:b/>
                <w:color w:val="04154E"/>
                <w:sz w:val="17"/>
              </w:rPr>
              <w:t>High</w:t>
            </w:r>
          </w:p>
        </w:tc>
        <w:tc>
          <w:tcPr>
            <w:tcW w:w="4410" w:type="dxa"/>
            <w:shd w:val="clear" w:color="auto" w:fill="DDEAF0"/>
            <w:tcMar>
              <w:top w:w="80" w:type="dxa"/>
              <w:left w:w="120" w:type="dxa"/>
              <w:bottom w:w="80" w:type="dxa"/>
              <w:right w:w="120" w:type="dxa"/>
            </w:tcMar>
            <w:vAlign w:val="center"/>
          </w:tcPr>
          <w:p w14:paraId="43F224FD" w14:textId="77777777" w:rsidR="006377C7" w:rsidRDefault="00356C21">
            <w:pPr>
              <w:jc w:val="center"/>
            </w:pPr>
            <w:r>
              <w:rPr>
                <w:b/>
                <w:color w:val="04154E"/>
                <w:sz w:val="17"/>
              </w:rPr>
              <w:t>Notes</w:t>
            </w:r>
          </w:p>
        </w:tc>
      </w:tr>
      <w:tr w:rsidR="006377C7" w14:paraId="1FC54574" w14:textId="77777777">
        <w:tc>
          <w:tcPr>
            <w:tcW w:w="2100" w:type="dxa"/>
            <w:tcMar>
              <w:top w:w="80" w:type="dxa"/>
              <w:left w:w="120" w:type="dxa"/>
              <w:bottom w:w="80" w:type="dxa"/>
              <w:right w:w="120" w:type="dxa"/>
            </w:tcMar>
            <w:vAlign w:val="center"/>
          </w:tcPr>
          <w:p w14:paraId="7DC0639E" w14:textId="77777777" w:rsidR="006377C7" w:rsidRDefault="00356C21">
            <w:pPr>
              <w:jc w:val="center"/>
            </w:pPr>
            <w:r>
              <w:rPr>
                <w:sz w:val="17"/>
              </w:rPr>
              <w:t>Frequency</w:t>
            </w:r>
          </w:p>
        </w:tc>
        <w:tc>
          <w:tcPr>
            <w:tcW w:w="900" w:type="dxa"/>
            <w:tcMar>
              <w:top w:w="80" w:type="dxa"/>
              <w:left w:w="120" w:type="dxa"/>
              <w:bottom w:w="80" w:type="dxa"/>
              <w:right w:w="120" w:type="dxa"/>
            </w:tcMar>
            <w:vAlign w:val="center"/>
          </w:tcPr>
          <w:p w14:paraId="58BAAF2A" w14:textId="77777777" w:rsidR="006377C7" w:rsidRDefault="00356C21">
            <w:pPr>
              <w:jc w:val="center"/>
            </w:pPr>
            <w:r>
              <w:rPr>
                <w:sz w:val="17"/>
              </w:rPr>
              <w:t>[ ]</w:t>
            </w:r>
          </w:p>
        </w:tc>
        <w:tc>
          <w:tcPr>
            <w:tcW w:w="1050" w:type="dxa"/>
            <w:tcMar>
              <w:top w:w="80" w:type="dxa"/>
              <w:left w:w="120" w:type="dxa"/>
              <w:bottom w:w="80" w:type="dxa"/>
              <w:right w:w="120" w:type="dxa"/>
            </w:tcMar>
            <w:vAlign w:val="center"/>
          </w:tcPr>
          <w:p w14:paraId="0CDEC763" w14:textId="77777777" w:rsidR="006377C7" w:rsidRDefault="00356C21">
            <w:pPr>
              <w:jc w:val="center"/>
            </w:pPr>
            <w:r>
              <w:rPr>
                <w:sz w:val="17"/>
              </w:rPr>
              <w:t>[ ]</w:t>
            </w:r>
          </w:p>
        </w:tc>
        <w:tc>
          <w:tcPr>
            <w:tcW w:w="900" w:type="dxa"/>
            <w:tcMar>
              <w:top w:w="80" w:type="dxa"/>
              <w:left w:w="120" w:type="dxa"/>
              <w:bottom w:w="80" w:type="dxa"/>
              <w:right w:w="120" w:type="dxa"/>
            </w:tcMar>
            <w:vAlign w:val="center"/>
          </w:tcPr>
          <w:p w14:paraId="5993CE5F" w14:textId="77777777" w:rsidR="006377C7" w:rsidRDefault="00356C21">
            <w:pPr>
              <w:jc w:val="center"/>
            </w:pPr>
            <w:r>
              <w:rPr>
                <w:sz w:val="17"/>
              </w:rPr>
              <w:t>[ ]</w:t>
            </w:r>
          </w:p>
        </w:tc>
        <w:tc>
          <w:tcPr>
            <w:tcW w:w="4410" w:type="dxa"/>
            <w:tcMar>
              <w:top w:w="80" w:type="dxa"/>
              <w:left w:w="120" w:type="dxa"/>
              <w:bottom w:w="80" w:type="dxa"/>
              <w:right w:w="120" w:type="dxa"/>
            </w:tcMar>
            <w:vAlign w:val="center"/>
          </w:tcPr>
          <w:p w14:paraId="1660EF33" w14:textId="77777777" w:rsidR="006377C7" w:rsidRDefault="00356C21">
            <w:r>
              <w:rPr>
                <w:sz w:val="17"/>
              </w:rPr>
              <w:t>How often does this workflow occur?</w:t>
            </w:r>
          </w:p>
        </w:tc>
      </w:tr>
      <w:tr w:rsidR="006377C7" w14:paraId="5E31BE96" w14:textId="77777777">
        <w:tc>
          <w:tcPr>
            <w:tcW w:w="2100" w:type="dxa"/>
            <w:tcMar>
              <w:top w:w="80" w:type="dxa"/>
              <w:left w:w="120" w:type="dxa"/>
              <w:bottom w:w="80" w:type="dxa"/>
              <w:right w:w="120" w:type="dxa"/>
            </w:tcMar>
            <w:vAlign w:val="center"/>
          </w:tcPr>
          <w:p w14:paraId="6E064961" w14:textId="77777777" w:rsidR="006377C7" w:rsidRDefault="00356C21">
            <w:pPr>
              <w:jc w:val="center"/>
            </w:pPr>
            <w:r>
              <w:rPr>
                <w:sz w:val="17"/>
              </w:rPr>
              <w:t>Manual effort</w:t>
            </w:r>
          </w:p>
        </w:tc>
        <w:tc>
          <w:tcPr>
            <w:tcW w:w="900" w:type="dxa"/>
            <w:tcMar>
              <w:top w:w="80" w:type="dxa"/>
              <w:left w:w="120" w:type="dxa"/>
              <w:bottom w:w="80" w:type="dxa"/>
              <w:right w:w="120" w:type="dxa"/>
            </w:tcMar>
            <w:vAlign w:val="center"/>
          </w:tcPr>
          <w:p w14:paraId="023A1111" w14:textId="77777777" w:rsidR="006377C7" w:rsidRDefault="00356C21">
            <w:pPr>
              <w:jc w:val="center"/>
            </w:pPr>
            <w:r>
              <w:rPr>
                <w:sz w:val="17"/>
              </w:rPr>
              <w:t>[ ]</w:t>
            </w:r>
          </w:p>
        </w:tc>
        <w:tc>
          <w:tcPr>
            <w:tcW w:w="1050" w:type="dxa"/>
            <w:tcMar>
              <w:top w:w="80" w:type="dxa"/>
              <w:left w:w="120" w:type="dxa"/>
              <w:bottom w:w="80" w:type="dxa"/>
              <w:right w:w="120" w:type="dxa"/>
            </w:tcMar>
            <w:vAlign w:val="center"/>
          </w:tcPr>
          <w:p w14:paraId="08AD725A" w14:textId="77777777" w:rsidR="006377C7" w:rsidRDefault="00356C21">
            <w:pPr>
              <w:jc w:val="center"/>
            </w:pPr>
            <w:r>
              <w:rPr>
                <w:sz w:val="17"/>
              </w:rPr>
              <w:t>[ ]</w:t>
            </w:r>
          </w:p>
        </w:tc>
        <w:tc>
          <w:tcPr>
            <w:tcW w:w="900" w:type="dxa"/>
            <w:tcMar>
              <w:top w:w="80" w:type="dxa"/>
              <w:left w:w="120" w:type="dxa"/>
              <w:bottom w:w="80" w:type="dxa"/>
              <w:right w:w="120" w:type="dxa"/>
            </w:tcMar>
            <w:vAlign w:val="center"/>
          </w:tcPr>
          <w:p w14:paraId="01088A84" w14:textId="77777777" w:rsidR="006377C7" w:rsidRDefault="00356C21">
            <w:pPr>
              <w:jc w:val="center"/>
            </w:pPr>
            <w:r>
              <w:rPr>
                <w:sz w:val="17"/>
              </w:rPr>
              <w:t>[ ]</w:t>
            </w:r>
          </w:p>
        </w:tc>
        <w:tc>
          <w:tcPr>
            <w:tcW w:w="4410" w:type="dxa"/>
            <w:tcMar>
              <w:top w:w="80" w:type="dxa"/>
              <w:left w:w="120" w:type="dxa"/>
              <w:bottom w:w="80" w:type="dxa"/>
              <w:right w:w="120" w:type="dxa"/>
            </w:tcMar>
            <w:vAlign w:val="center"/>
          </w:tcPr>
          <w:p w14:paraId="3FB6ADAE" w14:textId="77777777" w:rsidR="006377C7" w:rsidRDefault="00356C21">
            <w:r>
              <w:rPr>
                <w:sz w:val="17"/>
              </w:rPr>
              <w:t>How much time is spent entering, checking, routing, or correcting information?</w:t>
            </w:r>
          </w:p>
        </w:tc>
      </w:tr>
      <w:tr w:rsidR="006377C7" w14:paraId="58926D2D" w14:textId="77777777">
        <w:tc>
          <w:tcPr>
            <w:tcW w:w="2100" w:type="dxa"/>
            <w:tcMar>
              <w:top w:w="80" w:type="dxa"/>
              <w:left w:w="120" w:type="dxa"/>
              <w:bottom w:w="80" w:type="dxa"/>
              <w:right w:w="120" w:type="dxa"/>
            </w:tcMar>
            <w:vAlign w:val="center"/>
          </w:tcPr>
          <w:p w14:paraId="35695EC1" w14:textId="77777777" w:rsidR="006377C7" w:rsidRDefault="00356C21">
            <w:pPr>
              <w:jc w:val="center"/>
            </w:pPr>
            <w:r>
              <w:rPr>
                <w:sz w:val="17"/>
              </w:rPr>
              <w:t>Delay impact</w:t>
            </w:r>
          </w:p>
        </w:tc>
        <w:tc>
          <w:tcPr>
            <w:tcW w:w="900" w:type="dxa"/>
            <w:tcMar>
              <w:top w:w="80" w:type="dxa"/>
              <w:left w:w="120" w:type="dxa"/>
              <w:bottom w:w="80" w:type="dxa"/>
              <w:right w:w="120" w:type="dxa"/>
            </w:tcMar>
            <w:vAlign w:val="center"/>
          </w:tcPr>
          <w:p w14:paraId="2664D8EC" w14:textId="77777777" w:rsidR="006377C7" w:rsidRDefault="00356C21">
            <w:pPr>
              <w:jc w:val="center"/>
            </w:pPr>
            <w:r>
              <w:rPr>
                <w:sz w:val="17"/>
              </w:rPr>
              <w:t>[ ]</w:t>
            </w:r>
          </w:p>
        </w:tc>
        <w:tc>
          <w:tcPr>
            <w:tcW w:w="1050" w:type="dxa"/>
            <w:tcMar>
              <w:top w:w="80" w:type="dxa"/>
              <w:left w:w="120" w:type="dxa"/>
              <w:bottom w:w="80" w:type="dxa"/>
              <w:right w:w="120" w:type="dxa"/>
            </w:tcMar>
            <w:vAlign w:val="center"/>
          </w:tcPr>
          <w:p w14:paraId="05E2A22A" w14:textId="77777777" w:rsidR="006377C7" w:rsidRDefault="00356C21">
            <w:pPr>
              <w:jc w:val="center"/>
            </w:pPr>
            <w:r>
              <w:rPr>
                <w:sz w:val="17"/>
              </w:rPr>
              <w:t>[ ]</w:t>
            </w:r>
          </w:p>
        </w:tc>
        <w:tc>
          <w:tcPr>
            <w:tcW w:w="900" w:type="dxa"/>
            <w:tcMar>
              <w:top w:w="80" w:type="dxa"/>
              <w:left w:w="120" w:type="dxa"/>
              <w:bottom w:w="80" w:type="dxa"/>
              <w:right w:w="120" w:type="dxa"/>
            </w:tcMar>
            <w:vAlign w:val="center"/>
          </w:tcPr>
          <w:p w14:paraId="6273E339" w14:textId="77777777" w:rsidR="006377C7" w:rsidRDefault="00356C21">
            <w:pPr>
              <w:jc w:val="center"/>
            </w:pPr>
            <w:r>
              <w:rPr>
                <w:sz w:val="17"/>
              </w:rPr>
              <w:t>[ ]</w:t>
            </w:r>
          </w:p>
        </w:tc>
        <w:tc>
          <w:tcPr>
            <w:tcW w:w="4410" w:type="dxa"/>
            <w:tcMar>
              <w:top w:w="80" w:type="dxa"/>
              <w:left w:w="120" w:type="dxa"/>
              <w:bottom w:w="80" w:type="dxa"/>
              <w:right w:w="120" w:type="dxa"/>
            </w:tcMar>
            <w:vAlign w:val="center"/>
          </w:tcPr>
          <w:p w14:paraId="12E0E3DE" w14:textId="77777777" w:rsidR="006377C7" w:rsidRDefault="00356C21">
            <w:r>
              <w:rPr>
                <w:sz w:val="17"/>
              </w:rPr>
              <w:t>How often does waiting affect customers, operations, cash flow, reporting, or compliance?</w:t>
            </w:r>
          </w:p>
        </w:tc>
      </w:tr>
      <w:tr w:rsidR="006377C7" w14:paraId="07EE5E5C" w14:textId="77777777">
        <w:tc>
          <w:tcPr>
            <w:tcW w:w="2100" w:type="dxa"/>
            <w:tcMar>
              <w:top w:w="80" w:type="dxa"/>
              <w:left w:w="120" w:type="dxa"/>
              <w:bottom w:w="80" w:type="dxa"/>
              <w:right w:w="120" w:type="dxa"/>
            </w:tcMar>
            <w:vAlign w:val="center"/>
          </w:tcPr>
          <w:p w14:paraId="047333AA" w14:textId="77777777" w:rsidR="006377C7" w:rsidRDefault="00356C21">
            <w:pPr>
              <w:jc w:val="center"/>
            </w:pPr>
            <w:r>
              <w:rPr>
                <w:sz w:val="17"/>
              </w:rPr>
              <w:t>Error or rework risk</w:t>
            </w:r>
          </w:p>
        </w:tc>
        <w:tc>
          <w:tcPr>
            <w:tcW w:w="900" w:type="dxa"/>
            <w:tcMar>
              <w:top w:w="80" w:type="dxa"/>
              <w:left w:w="120" w:type="dxa"/>
              <w:bottom w:w="80" w:type="dxa"/>
              <w:right w:w="120" w:type="dxa"/>
            </w:tcMar>
            <w:vAlign w:val="center"/>
          </w:tcPr>
          <w:p w14:paraId="5291ABD7" w14:textId="77777777" w:rsidR="006377C7" w:rsidRDefault="00356C21">
            <w:pPr>
              <w:jc w:val="center"/>
            </w:pPr>
            <w:r>
              <w:rPr>
                <w:sz w:val="17"/>
              </w:rPr>
              <w:t>[ ]</w:t>
            </w:r>
          </w:p>
        </w:tc>
        <w:tc>
          <w:tcPr>
            <w:tcW w:w="1050" w:type="dxa"/>
            <w:tcMar>
              <w:top w:w="80" w:type="dxa"/>
              <w:left w:w="120" w:type="dxa"/>
              <w:bottom w:w="80" w:type="dxa"/>
              <w:right w:w="120" w:type="dxa"/>
            </w:tcMar>
            <w:vAlign w:val="center"/>
          </w:tcPr>
          <w:p w14:paraId="397A41F4" w14:textId="77777777" w:rsidR="006377C7" w:rsidRDefault="00356C21">
            <w:pPr>
              <w:jc w:val="center"/>
            </w:pPr>
            <w:r>
              <w:rPr>
                <w:sz w:val="17"/>
              </w:rPr>
              <w:t>[ ]</w:t>
            </w:r>
          </w:p>
        </w:tc>
        <w:tc>
          <w:tcPr>
            <w:tcW w:w="900" w:type="dxa"/>
            <w:tcMar>
              <w:top w:w="80" w:type="dxa"/>
              <w:left w:w="120" w:type="dxa"/>
              <w:bottom w:w="80" w:type="dxa"/>
              <w:right w:w="120" w:type="dxa"/>
            </w:tcMar>
            <w:vAlign w:val="center"/>
          </w:tcPr>
          <w:p w14:paraId="2241083B" w14:textId="77777777" w:rsidR="006377C7" w:rsidRDefault="00356C21">
            <w:pPr>
              <w:jc w:val="center"/>
            </w:pPr>
            <w:r>
              <w:rPr>
                <w:sz w:val="17"/>
              </w:rPr>
              <w:t>[ ]</w:t>
            </w:r>
          </w:p>
        </w:tc>
        <w:tc>
          <w:tcPr>
            <w:tcW w:w="4410" w:type="dxa"/>
            <w:tcMar>
              <w:top w:w="80" w:type="dxa"/>
              <w:left w:w="120" w:type="dxa"/>
              <w:bottom w:w="80" w:type="dxa"/>
              <w:right w:w="120" w:type="dxa"/>
            </w:tcMar>
            <w:vAlign w:val="center"/>
          </w:tcPr>
          <w:p w14:paraId="33E58A10" w14:textId="77777777" w:rsidR="006377C7" w:rsidRDefault="00356C21">
            <w:r>
              <w:rPr>
                <w:sz w:val="17"/>
              </w:rPr>
              <w:t>How often do mistakes, missing information, or repeated checks occur?</w:t>
            </w:r>
          </w:p>
        </w:tc>
      </w:tr>
      <w:tr w:rsidR="006377C7" w14:paraId="49A71AA1" w14:textId="77777777">
        <w:tc>
          <w:tcPr>
            <w:tcW w:w="2100" w:type="dxa"/>
            <w:tcMar>
              <w:top w:w="80" w:type="dxa"/>
              <w:left w:w="120" w:type="dxa"/>
              <w:bottom w:w="80" w:type="dxa"/>
              <w:right w:w="120" w:type="dxa"/>
            </w:tcMar>
            <w:vAlign w:val="center"/>
          </w:tcPr>
          <w:p w14:paraId="5EA69B07" w14:textId="77777777" w:rsidR="006377C7" w:rsidRDefault="00356C21">
            <w:pPr>
              <w:jc w:val="center"/>
            </w:pPr>
            <w:r>
              <w:rPr>
                <w:sz w:val="17"/>
              </w:rPr>
              <w:t>Exception volume</w:t>
            </w:r>
          </w:p>
        </w:tc>
        <w:tc>
          <w:tcPr>
            <w:tcW w:w="900" w:type="dxa"/>
            <w:tcMar>
              <w:top w:w="80" w:type="dxa"/>
              <w:left w:w="120" w:type="dxa"/>
              <w:bottom w:w="80" w:type="dxa"/>
              <w:right w:w="120" w:type="dxa"/>
            </w:tcMar>
            <w:vAlign w:val="center"/>
          </w:tcPr>
          <w:p w14:paraId="389650CE" w14:textId="77777777" w:rsidR="006377C7" w:rsidRDefault="00356C21">
            <w:pPr>
              <w:jc w:val="center"/>
            </w:pPr>
            <w:r>
              <w:rPr>
                <w:sz w:val="17"/>
              </w:rPr>
              <w:t>[ ]</w:t>
            </w:r>
          </w:p>
        </w:tc>
        <w:tc>
          <w:tcPr>
            <w:tcW w:w="1050" w:type="dxa"/>
            <w:tcMar>
              <w:top w:w="80" w:type="dxa"/>
              <w:left w:w="120" w:type="dxa"/>
              <w:bottom w:w="80" w:type="dxa"/>
              <w:right w:w="120" w:type="dxa"/>
            </w:tcMar>
            <w:vAlign w:val="center"/>
          </w:tcPr>
          <w:p w14:paraId="79A6D2F0" w14:textId="77777777" w:rsidR="006377C7" w:rsidRDefault="00356C21">
            <w:pPr>
              <w:jc w:val="center"/>
            </w:pPr>
            <w:r>
              <w:rPr>
                <w:sz w:val="17"/>
              </w:rPr>
              <w:t>[ ]</w:t>
            </w:r>
          </w:p>
        </w:tc>
        <w:tc>
          <w:tcPr>
            <w:tcW w:w="900" w:type="dxa"/>
            <w:tcMar>
              <w:top w:w="80" w:type="dxa"/>
              <w:left w:w="120" w:type="dxa"/>
              <w:bottom w:w="80" w:type="dxa"/>
              <w:right w:w="120" w:type="dxa"/>
            </w:tcMar>
            <w:vAlign w:val="center"/>
          </w:tcPr>
          <w:p w14:paraId="0FF734CE" w14:textId="77777777" w:rsidR="006377C7" w:rsidRDefault="00356C21">
            <w:pPr>
              <w:jc w:val="center"/>
            </w:pPr>
            <w:r>
              <w:rPr>
                <w:sz w:val="17"/>
              </w:rPr>
              <w:t>[ ]</w:t>
            </w:r>
          </w:p>
        </w:tc>
        <w:tc>
          <w:tcPr>
            <w:tcW w:w="4410" w:type="dxa"/>
            <w:tcMar>
              <w:top w:w="80" w:type="dxa"/>
              <w:left w:w="120" w:type="dxa"/>
              <w:bottom w:w="80" w:type="dxa"/>
              <w:right w:w="120" w:type="dxa"/>
            </w:tcMar>
            <w:vAlign w:val="center"/>
          </w:tcPr>
          <w:p w14:paraId="19B180CE" w14:textId="77777777" w:rsidR="006377C7" w:rsidRDefault="00356C21">
            <w:r>
              <w:rPr>
                <w:sz w:val="17"/>
              </w:rPr>
              <w:t>How often does the normal path stop or change?</w:t>
            </w:r>
          </w:p>
        </w:tc>
      </w:tr>
      <w:tr w:rsidR="006377C7" w14:paraId="3D942334" w14:textId="77777777">
        <w:tc>
          <w:tcPr>
            <w:tcW w:w="2100" w:type="dxa"/>
            <w:tcMar>
              <w:top w:w="80" w:type="dxa"/>
              <w:left w:w="120" w:type="dxa"/>
              <w:bottom w:w="80" w:type="dxa"/>
              <w:right w:w="120" w:type="dxa"/>
            </w:tcMar>
            <w:vAlign w:val="center"/>
          </w:tcPr>
          <w:p w14:paraId="2AB56A61" w14:textId="77777777" w:rsidR="006377C7" w:rsidRDefault="00356C21">
            <w:pPr>
              <w:jc w:val="center"/>
            </w:pPr>
            <w:r>
              <w:rPr>
                <w:sz w:val="17"/>
              </w:rPr>
              <w:t>Visibility gap</w:t>
            </w:r>
          </w:p>
        </w:tc>
        <w:tc>
          <w:tcPr>
            <w:tcW w:w="900" w:type="dxa"/>
            <w:tcMar>
              <w:top w:w="80" w:type="dxa"/>
              <w:left w:w="120" w:type="dxa"/>
              <w:bottom w:w="80" w:type="dxa"/>
              <w:right w:w="120" w:type="dxa"/>
            </w:tcMar>
            <w:vAlign w:val="center"/>
          </w:tcPr>
          <w:p w14:paraId="0CBEE78E" w14:textId="77777777" w:rsidR="006377C7" w:rsidRDefault="00356C21">
            <w:pPr>
              <w:jc w:val="center"/>
            </w:pPr>
            <w:r>
              <w:rPr>
                <w:sz w:val="17"/>
              </w:rPr>
              <w:t>[ ]</w:t>
            </w:r>
          </w:p>
        </w:tc>
        <w:tc>
          <w:tcPr>
            <w:tcW w:w="1050" w:type="dxa"/>
            <w:tcMar>
              <w:top w:w="80" w:type="dxa"/>
              <w:left w:w="120" w:type="dxa"/>
              <w:bottom w:w="80" w:type="dxa"/>
              <w:right w:w="120" w:type="dxa"/>
            </w:tcMar>
            <w:vAlign w:val="center"/>
          </w:tcPr>
          <w:p w14:paraId="12C5DDAC" w14:textId="77777777" w:rsidR="006377C7" w:rsidRDefault="00356C21">
            <w:pPr>
              <w:jc w:val="center"/>
            </w:pPr>
            <w:r>
              <w:rPr>
                <w:sz w:val="17"/>
              </w:rPr>
              <w:t>[ ]</w:t>
            </w:r>
          </w:p>
        </w:tc>
        <w:tc>
          <w:tcPr>
            <w:tcW w:w="900" w:type="dxa"/>
            <w:tcMar>
              <w:top w:w="80" w:type="dxa"/>
              <w:left w:w="120" w:type="dxa"/>
              <w:bottom w:w="80" w:type="dxa"/>
              <w:right w:w="120" w:type="dxa"/>
            </w:tcMar>
            <w:vAlign w:val="center"/>
          </w:tcPr>
          <w:p w14:paraId="4BD5D3F8" w14:textId="77777777" w:rsidR="006377C7" w:rsidRDefault="00356C21">
            <w:pPr>
              <w:jc w:val="center"/>
            </w:pPr>
            <w:r>
              <w:rPr>
                <w:sz w:val="17"/>
              </w:rPr>
              <w:t>[ ]</w:t>
            </w:r>
          </w:p>
        </w:tc>
        <w:tc>
          <w:tcPr>
            <w:tcW w:w="4410" w:type="dxa"/>
            <w:tcMar>
              <w:top w:w="80" w:type="dxa"/>
              <w:left w:w="120" w:type="dxa"/>
              <w:bottom w:w="80" w:type="dxa"/>
              <w:right w:w="120" w:type="dxa"/>
            </w:tcMar>
            <w:vAlign w:val="center"/>
          </w:tcPr>
          <w:p w14:paraId="6531ABAE" w14:textId="77777777" w:rsidR="006377C7" w:rsidRDefault="00356C21">
            <w:r>
              <w:rPr>
                <w:sz w:val="17"/>
              </w:rPr>
              <w:t>How hard is it to know what happened, what failed, or who owns the next action?</w:t>
            </w:r>
          </w:p>
        </w:tc>
      </w:tr>
    </w:tbl>
    <w:p w14:paraId="7717586E" w14:textId="77777777" w:rsidR="006377C7" w:rsidRDefault="006377C7">
      <w:pPr>
        <w:spacing w:after="40"/>
      </w:pPr>
    </w:p>
    <w:p w14:paraId="55A86C4B" w14:textId="77777777" w:rsidR="006377C7" w:rsidRDefault="00356C21">
      <w:pPr>
        <w:pStyle w:val="Heading2"/>
      </w:pPr>
      <w:r>
        <w:t>Initial Candidate Signal</w:t>
      </w:r>
    </w:p>
    <w:p w14:paraId="394F6EA9" w14:textId="77777777" w:rsidR="006377C7" w:rsidRDefault="00356C21">
      <w:pPr>
        <w:pStyle w:val="ListBullet"/>
      </w:pPr>
      <w:proofErr w:type="gramStart"/>
      <w:r>
        <w:t>[ ]</w:t>
      </w:r>
      <w:proofErr w:type="gramEnd"/>
      <w:r>
        <w:t xml:space="preserve"> The workflow is frequent and repeatable.</w:t>
      </w:r>
    </w:p>
    <w:p w14:paraId="37551513" w14:textId="77777777" w:rsidR="006377C7" w:rsidRDefault="00356C21">
      <w:pPr>
        <w:pStyle w:val="ListBullet"/>
      </w:pPr>
      <w:proofErr w:type="gramStart"/>
      <w:r>
        <w:t>[ ]</w:t>
      </w:r>
      <w:proofErr w:type="gramEnd"/>
      <w:r>
        <w:t xml:space="preserve"> The same rules are applied many times.</w:t>
      </w:r>
    </w:p>
    <w:p w14:paraId="56163EE9" w14:textId="77777777" w:rsidR="006377C7" w:rsidRDefault="00356C21">
      <w:pPr>
        <w:pStyle w:val="ListBullet"/>
      </w:pPr>
      <w:proofErr w:type="gramStart"/>
      <w:r>
        <w:t>[ ]</w:t>
      </w:r>
      <w:proofErr w:type="gramEnd"/>
      <w:r>
        <w:t xml:space="preserve"> Manual effort is used mainly to check, copy, route, or reconcile information.</w:t>
      </w:r>
    </w:p>
    <w:p w14:paraId="2E7855A6" w14:textId="77777777" w:rsidR="006377C7" w:rsidRDefault="00356C21">
      <w:pPr>
        <w:pStyle w:val="ListBullet"/>
      </w:pPr>
      <w:proofErr w:type="gramStart"/>
      <w:r>
        <w:t>[ ]</w:t>
      </w:r>
      <w:proofErr w:type="gramEnd"/>
      <w:r>
        <w:t xml:space="preserve"> Exceptions are known and can be routed to the right owner.</w:t>
      </w:r>
    </w:p>
    <w:p w14:paraId="597A9573" w14:textId="77777777" w:rsidR="006377C7" w:rsidRDefault="00356C21">
      <w:pPr>
        <w:pStyle w:val="ListBullet"/>
      </w:pPr>
      <w:proofErr w:type="gramStart"/>
      <w:r>
        <w:t>[ ]</w:t>
      </w:r>
      <w:proofErr w:type="gramEnd"/>
      <w:r>
        <w:t xml:space="preserve"> Users repeat checks because they do not trust the current result.</w:t>
      </w:r>
    </w:p>
    <w:p w14:paraId="4EC435F1" w14:textId="77777777" w:rsidR="006377C7" w:rsidRDefault="00356C21">
      <w:r>
        <w:br w:type="page"/>
      </w:r>
    </w:p>
    <w:p w14:paraId="58563E3C" w14:textId="77777777" w:rsidR="006377C7" w:rsidRDefault="00356C21">
      <w:pPr>
        <w:pStyle w:val="Heading1"/>
      </w:pPr>
      <w:r>
        <w:lastRenderedPageBreak/>
        <w:t>8. Summarize What Further Discovery Should Answer</w:t>
      </w:r>
    </w:p>
    <w:p w14:paraId="7F9E5BE9" w14:textId="77777777" w:rsidR="006377C7" w:rsidRDefault="00356C21">
      <w:r>
        <w:t>Use this summary to decide whether the workflow is ready for deeper integration design, process improvement, or additional discovery.</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300"/>
        <w:gridCol w:w="7060"/>
      </w:tblGrid>
      <w:tr w:rsidR="006377C7" w14:paraId="12ED1312" w14:textId="77777777">
        <w:tc>
          <w:tcPr>
            <w:tcW w:w="2300" w:type="dxa"/>
            <w:shd w:val="clear" w:color="auto" w:fill="F6F8FB"/>
            <w:tcMar>
              <w:top w:w="80" w:type="dxa"/>
              <w:left w:w="120" w:type="dxa"/>
              <w:bottom w:w="80" w:type="dxa"/>
              <w:right w:w="120" w:type="dxa"/>
            </w:tcMar>
            <w:vAlign w:val="center"/>
          </w:tcPr>
          <w:p w14:paraId="7938EADC" w14:textId="77777777" w:rsidR="006377C7" w:rsidRDefault="00356C21">
            <w:r>
              <w:rPr>
                <w:b/>
                <w:color w:val="04154E"/>
                <w:sz w:val="18"/>
              </w:rPr>
              <w:t>What is predictable?</w:t>
            </w:r>
          </w:p>
        </w:tc>
        <w:tc>
          <w:tcPr>
            <w:tcW w:w="7060" w:type="dxa"/>
            <w:tcMar>
              <w:top w:w="80" w:type="dxa"/>
              <w:left w:w="120" w:type="dxa"/>
              <w:bottom w:w="80" w:type="dxa"/>
              <w:right w:w="120" w:type="dxa"/>
            </w:tcMar>
            <w:vAlign w:val="center"/>
          </w:tcPr>
          <w:p w14:paraId="1796E572" w14:textId="77777777" w:rsidR="006377C7" w:rsidRDefault="00356C21">
            <w:r>
              <w:rPr>
                <w:color w:val="636977"/>
                <w:sz w:val="19"/>
              </w:rPr>
              <w:t>Rules, steps, information movement, routine actions:</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6377C7" w14:paraId="531D812F" w14:textId="77777777">
        <w:tc>
          <w:tcPr>
            <w:tcW w:w="2300" w:type="dxa"/>
            <w:shd w:val="clear" w:color="auto" w:fill="F6F8FB"/>
            <w:tcMar>
              <w:top w:w="80" w:type="dxa"/>
              <w:left w:w="120" w:type="dxa"/>
              <w:bottom w:w="80" w:type="dxa"/>
              <w:right w:w="120" w:type="dxa"/>
            </w:tcMar>
            <w:vAlign w:val="center"/>
          </w:tcPr>
          <w:p w14:paraId="2C01460C" w14:textId="77777777" w:rsidR="006377C7" w:rsidRDefault="00356C21">
            <w:r>
              <w:rPr>
                <w:b/>
                <w:color w:val="04154E"/>
                <w:sz w:val="18"/>
              </w:rPr>
              <w:t>What needs judgment?</w:t>
            </w:r>
          </w:p>
        </w:tc>
        <w:tc>
          <w:tcPr>
            <w:tcW w:w="7060" w:type="dxa"/>
            <w:tcMar>
              <w:top w:w="80" w:type="dxa"/>
              <w:left w:w="120" w:type="dxa"/>
              <w:bottom w:w="80" w:type="dxa"/>
              <w:right w:w="120" w:type="dxa"/>
            </w:tcMar>
            <w:vAlign w:val="center"/>
          </w:tcPr>
          <w:p w14:paraId="47E91027" w14:textId="77777777" w:rsidR="006377C7" w:rsidRDefault="00356C21">
            <w:r>
              <w:rPr>
                <w:color w:val="636977"/>
                <w:sz w:val="19"/>
              </w:rPr>
              <w:t>Reviews, approvals, exceptions, conflicts, unusual conditions:</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6377C7" w14:paraId="1EB0E369" w14:textId="77777777">
        <w:tc>
          <w:tcPr>
            <w:tcW w:w="2300" w:type="dxa"/>
            <w:shd w:val="clear" w:color="auto" w:fill="F6F8FB"/>
            <w:tcMar>
              <w:top w:w="80" w:type="dxa"/>
              <w:left w:w="120" w:type="dxa"/>
              <w:bottom w:w="80" w:type="dxa"/>
              <w:right w:w="120" w:type="dxa"/>
            </w:tcMar>
            <w:vAlign w:val="center"/>
          </w:tcPr>
          <w:p w14:paraId="2DF1B9D3" w14:textId="77777777" w:rsidR="006377C7" w:rsidRDefault="00356C21">
            <w:r>
              <w:rPr>
                <w:b/>
                <w:color w:val="04154E"/>
                <w:sz w:val="18"/>
              </w:rPr>
              <w:t>What must be trusted?</w:t>
            </w:r>
          </w:p>
        </w:tc>
        <w:tc>
          <w:tcPr>
            <w:tcW w:w="7060" w:type="dxa"/>
            <w:tcMar>
              <w:top w:w="80" w:type="dxa"/>
              <w:left w:w="120" w:type="dxa"/>
              <w:bottom w:w="80" w:type="dxa"/>
              <w:right w:w="120" w:type="dxa"/>
            </w:tcMar>
            <w:vAlign w:val="center"/>
          </w:tcPr>
          <w:p w14:paraId="2D728DA6" w14:textId="77777777" w:rsidR="006377C7" w:rsidRDefault="00356C21">
            <w:r>
              <w:rPr>
                <w:color w:val="636977"/>
                <w:sz w:val="19"/>
              </w:rPr>
              <w:t>The result users should not need to recreate manually:</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6377C7" w14:paraId="1C7C18BF" w14:textId="77777777">
        <w:tc>
          <w:tcPr>
            <w:tcW w:w="2300" w:type="dxa"/>
            <w:shd w:val="clear" w:color="auto" w:fill="F6F8FB"/>
            <w:tcMar>
              <w:top w:w="80" w:type="dxa"/>
              <w:left w:w="120" w:type="dxa"/>
              <w:bottom w:w="80" w:type="dxa"/>
              <w:right w:w="120" w:type="dxa"/>
            </w:tcMar>
            <w:vAlign w:val="center"/>
          </w:tcPr>
          <w:p w14:paraId="0310FF47" w14:textId="77777777" w:rsidR="006377C7" w:rsidRDefault="00356C21">
            <w:r>
              <w:rPr>
                <w:b/>
                <w:color w:val="04154E"/>
                <w:sz w:val="18"/>
              </w:rPr>
              <w:t>Unresolved questions</w:t>
            </w:r>
          </w:p>
        </w:tc>
        <w:tc>
          <w:tcPr>
            <w:tcW w:w="7060" w:type="dxa"/>
            <w:tcMar>
              <w:top w:w="80" w:type="dxa"/>
              <w:left w:w="120" w:type="dxa"/>
              <w:bottom w:w="80" w:type="dxa"/>
              <w:right w:w="120" w:type="dxa"/>
            </w:tcMar>
            <w:vAlign w:val="center"/>
          </w:tcPr>
          <w:p w14:paraId="3E1DE8E3" w14:textId="77777777" w:rsidR="006377C7" w:rsidRDefault="00356C21">
            <w:r>
              <w:rPr>
                <w:color w:val="636977"/>
                <w:sz w:val="19"/>
              </w:rPr>
              <w:t>Ownership, source of truth, rule clarity, exception routing, volume, risk:</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6377C7" w14:paraId="064D32DC" w14:textId="77777777">
        <w:tc>
          <w:tcPr>
            <w:tcW w:w="2300" w:type="dxa"/>
            <w:shd w:val="clear" w:color="auto" w:fill="F6F8FB"/>
            <w:tcMar>
              <w:top w:w="80" w:type="dxa"/>
              <w:left w:w="120" w:type="dxa"/>
              <w:bottom w:w="80" w:type="dxa"/>
              <w:right w:w="120" w:type="dxa"/>
            </w:tcMar>
            <w:vAlign w:val="center"/>
          </w:tcPr>
          <w:p w14:paraId="5FCE1E6B" w14:textId="77777777" w:rsidR="006377C7" w:rsidRDefault="00356C21">
            <w:r>
              <w:rPr>
                <w:b/>
                <w:color w:val="04154E"/>
                <w:sz w:val="18"/>
              </w:rPr>
              <w:t>Recommended next step</w:t>
            </w:r>
          </w:p>
        </w:tc>
        <w:tc>
          <w:tcPr>
            <w:tcW w:w="7060" w:type="dxa"/>
            <w:tcMar>
              <w:top w:w="80" w:type="dxa"/>
              <w:left w:w="120" w:type="dxa"/>
              <w:bottom w:w="80" w:type="dxa"/>
              <w:right w:w="120" w:type="dxa"/>
            </w:tcMar>
            <w:vAlign w:val="center"/>
          </w:tcPr>
          <w:p w14:paraId="0171D035" w14:textId="77777777" w:rsidR="006377C7" w:rsidRDefault="00356C21">
            <w:proofErr w:type="gramStart"/>
            <w:r>
              <w:rPr>
                <w:color w:val="636977"/>
                <w:sz w:val="19"/>
              </w:rPr>
              <w:t>[ ]</w:t>
            </w:r>
            <w:proofErr w:type="gramEnd"/>
            <w:r>
              <w:rPr>
                <w:color w:val="636977"/>
                <w:sz w:val="19"/>
              </w:rPr>
              <w:t xml:space="preserve"> Continue discovery</w:t>
            </w:r>
            <w:proofErr w:type="gramStart"/>
            <w:r>
              <w:rPr>
                <w:color w:val="636977"/>
                <w:sz w:val="19"/>
              </w:rPr>
              <w:t xml:space="preserve">   [</w:t>
            </w:r>
            <w:proofErr w:type="gramEnd"/>
            <w:r>
              <w:rPr>
                <w:color w:val="636977"/>
                <w:sz w:val="19"/>
              </w:rPr>
              <w:t xml:space="preserve"> ] Improve process first</w:t>
            </w:r>
            <w:proofErr w:type="gramStart"/>
            <w:r>
              <w:rPr>
                <w:color w:val="636977"/>
                <w:sz w:val="19"/>
              </w:rPr>
              <w:t xml:space="preserve">   [</w:t>
            </w:r>
            <w:proofErr w:type="gramEnd"/>
            <w:r>
              <w:rPr>
                <w:color w:val="636977"/>
                <w:sz w:val="19"/>
              </w:rPr>
              <w:t xml:space="preserve"> ] Evaluate integration design</w:t>
            </w:r>
            <w:proofErr w:type="gramStart"/>
            <w:r>
              <w:rPr>
                <w:color w:val="636977"/>
                <w:sz w:val="19"/>
              </w:rPr>
              <w:t xml:space="preserve">   [</w:t>
            </w:r>
            <w:proofErr w:type="gramEnd"/>
            <w:r>
              <w:rPr>
                <w:color w:val="636977"/>
                <w:sz w:val="19"/>
              </w:rPr>
              <w:t xml:space="preserve"> ] Defer</w:t>
            </w:r>
          </w:p>
        </w:tc>
      </w:tr>
    </w:tbl>
    <w:p w14:paraId="5AA4DED7" w14:textId="77777777" w:rsidR="006377C7" w:rsidRDefault="006377C7">
      <w:pPr>
        <w:spacing w:after="40"/>
      </w:pP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9360"/>
      </w:tblGrid>
      <w:tr w:rsidR="006377C7" w14:paraId="3047945D" w14:textId="77777777">
        <w:tc>
          <w:tcPr>
            <w:tcW w:w="9360" w:type="dxa"/>
            <w:shd w:val="clear" w:color="auto" w:fill="F7FAFC"/>
            <w:tcMar>
              <w:top w:w="80" w:type="dxa"/>
              <w:left w:w="120" w:type="dxa"/>
              <w:bottom w:w="80" w:type="dxa"/>
              <w:right w:w="120" w:type="dxa"/>
            </w:tcMar>
            <w:vAlign w:val="center"/>
          </w:tcPr>
          <w:p w14:paraId="0205B6EF" w14:textId="77777777" w:rsidR="006377C7" w:rsidRDefault="00356C21">
            <w:pPr>
              <w:spacing w:after="40"/>
            </w:pPr>
            <w:r>
              <w:rPr>
                <w:b/>
                <w:color w:val="04154E"/>
                <w:sz w:val="19"/>
              </w:rPr>
              <w:t xml:space="preserve">CLOSING PERSPECTIVE: </w:t>
            </w:r>
            <w:r>
              <w:rPr>
                <w:sz w:val="21"/>
              </w:rPr>
              <w:t>Strong integrations begin with understanding the work. Manual steps often reveal important rules and controls. Predictable work should move automatically, while exceptions should remain visible, explainable, and manageable. Trust comes from thoughtful workflow design, validation, and clear accountability.</w:t>
            </w:r>
          </w:p>
        </w:tc>
      </w:tr>
    </w:tbl>
    <w:p w14:paraId="45138DB4" w14:textId="77777777" w:rsidR="006377C7" w:rsidRDefault="006377C7">
      <w:pPr>
        <w:spacing w:after="60"/>
      </w:pPr>
    </w:p>
    <w:p w14:paraId="1A2FFBAC" w14:textId="77777777" w:rsidR="006377C7" w:rsidRDefault="00356C21">
      <w:pPr>
        <w:spacing w:after="0"/>
      </w:pPr>
      <w:r>
        <w:t>Savvy Source | Workflow and integration consulting | Contact: ______________________________</w:t>
      </w:r>
    </w:p>
    <w:sectPr w:rsidR="006377C7" w:rsidSect="0003461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0BE5" w14:textId="77777777" w:rsidR="000E1205" w:rsidRDefault="000E1205">
      <w:pPr>
        <w:spacing w:after="0" w:line="240" w:lineRule="auto"/>
      </w:pPr>
      <w:r>
        <w:separator/>
      </w:r>
    </w:p>
  </w:endnote>
  <w:endnote w:type="continuationSeparator" w:id="0">
    <w:p w14:paraId="2C9C0109" w14:textId="77777777" w:rsidR="000E1205" w:rsidRDefault="000E1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auto"/>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8F81" w14:textId="77777777" w:rsidR="0040346B" w:rsidRDefault="0040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5967" w14:textId="77777777" w:rsidR="006377C7" w:rsidRDefault="00356C21">
    <w:pPr>
      <w:pStyle w:val="Footer"/>
      <w:jc w:val="center"/>
    </w:pPr>
    <w:r>
      <w:rPr>
        <w:color w:val="636977"/>
        <w:sz w:val="17"/>
      </w:rPr>
      <w:t>Workflow Discovery Guide | Savvy Source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8C44" w14:textId="77777777" w:rsidR="0040346B" w:rsidRDefault="0040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556DD" w14:textId="77777777" w:rsidR="000E1205" w:rsidRDefault="000E1205">
      <w:pPr>
        <w:spacing w:after="0" w:line="240" w:lineRule="auto"/>
      </w:pPr>
      <w:r>
        <w:separator/>
      </w:r>
    </w:p>
  </w:footnote>
  <w:footnote w:type="continuationSeparator" w:id="0">
    <w:p w14:paraId="318F8731" w14:textId="77777777" w:rsidR="000E1205" w:rsidRDefault="000E1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BA23" w14:textId="77777777" w:rsidR="0040346B" w:rsidRDefault="0040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39D5" w14:textId="77777777" w:rsidR="006377C7" w:rsidRDefault="00356C21" w:rsidP="0040346B">
    <w:pPr>
      <w:pStyle w:val="Header"/>
      <w:jc w:val="right"/>
    </w:pPr>
    <w:r>
      <w:rPr>
        <w:noProof/>
      </w:rPr>
      <w:drawing>
        <wp:inline distT="0" distB="0" distL="0" distR="0" wp14:anchorId="298A1901" wp14:editId="739B2323">
          <wp:extent cx="1118426" cy="249019"/>
          <wp:effectExtent l="0" t="0" r="5715" b="0"/>
          <wp:docPr id="1" name="Picture 1">
            <a:extLst xmlns:a="http://schemas.openxmlformats.org/drawingml/2006/main">
              <a:ext uri="{FF2B5EF4-FFF2-40B4-BE49-F238E27FC236}">
                <a16:creationId xmlns:a16="http://schemas.microsoft.com/office/drawing/2014/main" id="{9138D0CB-9C26-480C-A857-5B865ED2F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118426" cy="2490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EE74" w14:textId="77777777" w:rsidR="0040346B" w:rsidRDefault="0040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B0C5062"/>
    <w:lvl w:ilvl="0">
      <w:start w:val="1"/>
      <w:numFmt w:val="bullet"/>
      <w:pStyle w:val="ListBullet"/>
      <w:lvlText w:val=""/>
      <w:lvlJc w:val="left"/>
      <w:pPr>
        <w:tabs>
          <w:tab w:val="num" w:pos="360"/>
        </w:tabs>
        <w:ind w:left="360" w:hanging="360"/>
      </w:pPr>
      <w:rPr>
        <w:rFonts w:ascii="Symbol" w:hAnsi="Symbol" w:hint="default"/>
      </w:rPr>
    </w:lvl>
  </w:abstractNum>
  <w:num w:numId="1" w16cid:durableId="1322276004">
    <w:abstractNumId w:val="8"/>
  </w:num>
  <w:num w:numId="2" w16cid:durableId="1384522116">
    <w:abstractNumId w:val="7"/>
  </w:num>
  <w:num w:numId="3" w16cid:durableId="1576015113">
    <w:abstractNumId w:val="1"/>
  </w:num>
  <w:num w:numId="4" w16cid:durableId="1615481096">
    <w:abstractNumId w:val="5"/>
  </w:num>
  <w:num w:numId="5" w16cid:durableId="1622569581">
    <w:abstractNumId w:val="3"/>
  </w:num>
  <w:num w:numId="6" w16cid:durableId="1673534277">
    <w:abstractNumId w:val="4"/>
  </w:num>
  <w:num w:numId="7" w16cid:durableId="274555288">
    <w:abstractNumId w:val="2"/>
  </w:num>
  <w:num w:numId="8" w16cid:durableId="313753286">
    <w:abstractNumId w:val="0"/>
  </w:num>
  <w:num w:numId="9" w16cid:durableId="397437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205"/>
    <w:rsid w:val="0015074B"/>
    <w:rsid w:val="0029639D"/>
    <w:rsid w:val="002B3220"/>
    <w:rsid w:val="00326F90"/>
    <w:rsid w:val="00356C21"/>
    <w:rsid w:val="0040346B"/>
    <w:rsid w:val="005E7D4C"/>
    <w:rsid w:val="006377C7"/>
    <w:rsid w:val="00815E25"/>
    <w:rsid w:val="008B2BE0"/>
    <w:rsid w:val="00903B1D"/>
    <w:rsid w:val="00A97176"/>
    <w:rsid w:val="00AA1D8D"/>
    <w:rsid w:val="00AE3C71"/>
    <w:rsid w:val="00B47730"/>
    <w:rsid w:val="00CB0664"/>
    <w:rsid w:val="00CD10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297D1C"/>
  <w14:defaultImageDpi w14:val="300"/>
  <w15:docId w15:val="{B1964279-679B-43DE-BE8C-C7169F9D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161C2D"/>
    </w:rPr>
  </w:style>
  <w:style w:type="paragraph" w:styleId="Heading1">
    <w:name w:val="heading 1"/>
    <w:basedOn w:val="Normal"/>
    <w:next w:val="Normal"/>
    <w:link w:val="Heading1Char"/>
    <w:uiPriority w:val="9"/>
    <w:qFormat/>
    <w:rsid w:val="00FC693F"/>
    <w:pPr>
      <w:keepNext/>
      <w:keepLines/>
      <w:spacing w:before="360" w:after="200" w:line="276" w:lineRule="auto"/>
      <w:outlineLvl w:val="0"/>
    </w:pPr>
    <w:rPr>
      <w:rFonts w:asciiTheme="majorHAnsi" w:eastAsiaTheme="majorEastAsia" w:hAnsiTheme="majorHAnsi" w:cstheme="majorBidi"/>
      <w:b/>
      <w:bCs/>
      <w:color w:val="04154E"/>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76" w:lineRule="auto"/>
      <w:outlineLvl w:val="1"/>
    </w:pPr>
    <w:rPr>
      <w:rFonts w:asciiTheme="majorHAnsi" w:eastAsiaTheme="majorEastAsia" w:hAnsiTheme="majorHAnsi" w:cstheme="majorBidi"/>
      <w:b/>
      <w:bCs/>
      <w:color w:val="04154E"/>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76" w:lineRule="auto"/>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2"/>
      </w:numPr>
      <w:spacing w:after="80"/>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50EBB43E7284EBF1A8C2B16646954" ma:contentTypeVersion="12" ma:contentTypeDescription="Create a new document." ma:contentTypeScope="" ma:versionID="2605816e10b5863b66d3ca30991261b7">
  <xsd:schema xmlns:xsd="http://www.w3.org/2001/XMLSchema" xmlns:xs="http://www.w3.org/2001/XMLSchema" xmlns:p="http://schemas.microsoft.com/office/2006/metadata/properties" xmlns:ns2="d685cee9-e3fc-4ac6-8341-dcdf73daf1b4" xmlns:ns3="7c093576-121b-4308-ba89-f408712c9670" targetNamespace="http://schemas.microsoft.com/office/2006/metadata/properties" ma:root="true" ma:fieldsID="15411c40831d8b4837b4e0e64077bc39" ns2:_="" ns3:_="">
    <xsd:import namespace="d685cee9-e3fc-4ac6-8341-dcdf73daf1b4"/>
    <xsd:import namespace="7c093576-121b-4308-ba89-f408712c96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5cee9-e3fc-4ac6-8341-dcdf73daf1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51d3153-644e-4143-a754-0cafcac75c4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093576-121b-4308-ba89-f408712c96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56c5c0-422a-4add-84d0-c97c8c63cafc}" ma:internalName="TaxCatchAll" ma:showField="CatchAllData" ma:web="7c093576-121b-4308-ba89-f408712c9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093576-121b-4308-ba89-f408712c9670" xsi:nil="true"/>
    <lcf76f155ced4ddcb4097134ff3c332f xmlns="d685cee9-e3fc-4ac6-8341-dcdf73daf1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8158A-DC9E-4E6F-8051-AE64B8A30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5cee9-e3fc-4ac6-8341-dcdf73daf1b4"/>
    <ds:schemaRef ds:uri="7c093576-121b-4308-ba89-f408712c9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0AEA1-BFD3-49EC-8272-79B137BA4423}">
  <ds:schemaRefs>
    <ds:schemaRef ds:uri="http://schemas.microsoft.com/office/2006/metadata/properties"/>
    <ds:schemaRef ds:uri="http://schemas.microsoft.com/office/infopath/2007/PartnerControls"/>
    <ds:schemaRef ds:uri="7c093576-121b-4308-ba89-f408712c9670"/>
    <ds:schemaRef ds:uri="d685cee9-e3fc-4ac6-8341-dcdf73daf1b4"/>
  </ds:schemaRefs>
</ds:datastoreItem>
</file>

<file path=customXml/itemProps3.xml><?xml version="1.0" encoding="utf-8"?>
<ds:datastoreItem xmlns:ds="http://schemas.openxmlformats.org/officeDocument/2006/customXml" ds:itemID="{CADC87B1-ED96-4D65-B7A4-53E0B087F0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1118</Words>
  <Characters>7327</Characters>
  <Application>Microsoft Office Word</Application>
  <DocSecurity>0</DocSecurity>
  <Lines>385</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Bonifacio</cp:lastModifiedBy>
  <cp:revision>3</cp:revision>
  <dcterms:created xsi:type="dcterms:W3CDTF">2026-07-10T02:57:00Z</dcterms:created>
  <dcterms:modified xsi:type="dcterms:W3CDTF">2026-07-12T23:35:00Z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0x010100ECC50EBB43E7284EBF1A8C2B16646954</vt:lpwstr>
  </property>
  <property fmtid="{D5CDD505-2E9C-101B-9397-08002B2CF9AE}" pid="3" name="MediaServiceImageTags">
    <vt:lpwstr/>
  </property>
</Properties>
</file>